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43040" w14:textId="77777777" w:rsidR="00743550" w:rsidRDefault="00000000">
      <w:pPr>
        <w:spacing w:after="120"/>
      </w:pPr>
      <w:r>
        <w:rPr>
          <w:rFonts w:eastAsia="黑体" w:cs="Times New Roman"/>
        </w:rPr>
        <w:t>附件</w:t>
      </w:r>
      <w:r>
        <w:rPr>
          <w:rFonts w:eastAsia="黑体" w:cs="Times New Roman"/>
        </w:rPr>
        <w:t>2</w:t>
      </w:r>
    </w:p>
    <w:p w14:paraId="018BE74B" w14:textId="77777777" w:rsidR="00743550" w:rsidRDefault="00000000">
      <w:pPr>
        <w:spacing w:line="640" w:lineRule="exact"/>
        <w:jc w:val="center"/>
      </w:pPr>
      <w:r>
        <w:rPr>
          <w:rFonts w:eastAsia="华文中宋" w:cs="Times New Roman"/>
          <w:b/>
          <w:sz w:val="40"/>
        </w:rPr>
        <w:t>2026</w:t>
      </w:r>
      <w:r>
        <w:rPr>
          <w:rFonts w:eastAsia="华文中宋" w:cs="Times New Roman"/>
          <w:b/>
          <w:sz w:val="40"/>
        </w:rPr>
        <w:t>年广东省职业院校人工智能（智能体）</w:t>
      </w:r>
    </w:p>
    <w:p w14:paraId="6F34DE57" w14:textId="77777777" w:rsidR="00743550" w:rsidRDefault="00000000">
      <w:pPr>
        <w:spacing w:after="200" w:line="640" w:lineRule="exact"/>
        <w:jc w:val="center"/>
      </w:pPr>
      <w:r>
        <w:rPr>
          <w:rFonts w:eastAsia="华文中宋" w:cs="Times New Roman"/>
          <w:b/>
          <w:sz w:val="40"/>
        </w:rPr>
        <w:t>应用情况调查问卷（教师卷）</w:t>
      </w:r>
    </w:p>
    <w:p w14:paraId="5A42B55A" w14:textId="77777777" w:rsidR="00743550" w:rsidRDefault="00000000">
      <w:pPr>
        <w:spacing w:line="520" w:lineRule="exact"/>
        <w:ind w:firstLine="600"/>
      </w:pPr>
      <w:r>
        <w:rPr>
          <w:rFonts w:cs="Times New Roman"/>
          <w:sz w:val="30"/>
        </w:rPr>
        <w:t>尊敬的老师：</w:t>
      </w:r>
    </w:p>
    <w:p w14:paraId="4C342BEA" w14:textId="77777777" w:rsidR="00743550" w:rsidRDefault="00000000">
      <w:pPr>
        <w:spacing w:line="520" w:lineRule="exact"/>
        <w:ind w:firstLine="600"/>
      </w:pPr>
      <w:r>
        <w:rPr>
          <w:rFonts w:cs="Times New Roman"/>
          <w:sz w:val="30"/>
        </w:rPr>
        <w:t>您好！本调研根据教育部等五部门《</w:t>
      </w:r>
      <w:r>
        <w:rPr>
          <w:rFonts w:cs="Times New Roman"/>
          <w:sz w:val="30"/>
        </w:rPr>
        <w:t>“</w:t>
      </w:r>
      <w:r>
        <w:rPr>
          <w:rFonts w:cs="Times New Roman"/>
          <w:sz w:val="30"/>
        </w:rPr>
        <w:t>人工智能</w:t>
      </w:r>
      <w:r>
        <w:rPr>
          <w:rFonts w:cs="Times New Roman"/>
          <w:sz w:val="30"/>
        </w:rPr>
        <w:t>+</w:t>
      </w:r>
      <w:r>
        <w:rPr>
          <w:rFonts w:cs="Times New Roman"/>
          <w:sz w:val="30"/>
        </w:rPr>
        <w:t>教育</w:t>
      </w:r>
      <w:r>
        <w:rPr>
          <w:rFonts w:cs="Times New Roman"/>
          <w:sz w:val="30"/>
        </w:rPr>
        <w:t>”</w:t>
      </w:r>
      <w:r>
        <w:rPr>
          <w:rFonts w:cs="Times New Roman"/>
          <w:sz w:val="30"/>
        </w:rPr>
        <w:t>行动计划》（教科信〔</w:t>
      </w:r>
      <w:r>
        <w:rPr>
          <w:rFonts w:cs="Times New Roman"/>
          <w:sz w:val="30"/>
        </w:rPr>
        <w:t>2026</w:t>
      </w:r>
      <w:r>
        <w:rPr>
          <w:rFonts w:cs="Times New Roman"/>
          <w:sz w:val="30"/>
        </w:rPr>
        <w:t>〕</w:t>
      </w:r>
      <w:r>
        <w:rPr>
          <w:rFonts w:cs="Times New Roman"/>
          <w:sz w:val="30"/>
        </w:rPr>
        <w:t>1</w:t>
      </w:r>
      <w:r>
        <w:rPr>
          <w:rFonts w:cs="Times New Roman"/>
          <w:sz w:val="30"/>
        </w:rPr>
        <w:t>号）组织开展，旨在了解职业院校教师对人工智能特别是智能体（</w:t>
      </w:r>
      <w:r>
        <w:rPr>
          <w:rFonts w:cs="Times New Roman"/>
          <w:sz w:val="30"/>
        </w:rPr>
        <w:t>AI Agent</w:t>
      </w:r>
      <w:r>
        <w:rPr>
          <w:rFonts w:cs="Times New Roman"/>
          <w:sz w:val="30"/>
        </w:rPr>
        <w:t>）的应用与掌握情况。调研数据仅用于研究分析和政策参考，不用于任何商业目的，我们将按国家有关法律法规对相关信息严格保密。请根据您自身实际情况真实填写。衷心感谢您的支持！</w:t>
      </w:r>
    </w:p>
    <w:p w14:paraId="08859145" w14:textId="77777777" w:rsidR="00743550" w:rsidRDefault="00000000">
      <w:pPr>
        <w:spacing w:before="80" w:line="480" w:lineRule="exact"/>
        <w:ind w:firstLine="560"/>
      </w:pPr>
      <w:r>
        <w:rPr>
          <w:rFonts w:eastAsia="楷体" w:cs="Times New Roman"/>
          <w:sz w:val="28"/>
        </w:rPr>
        <w:t>【请按专业大类抽样填写，覆盖公共基础课与各专业大类，每校不少于</w:t>
      </w:r>
      <w:r>
        <w:rPr>
          <w:rFonts w:eastAsia="楷体" w:cs="Times New Roman"/>
          <w:sz w:val="28"/>
        </w:rPr>
        <w:t>20</w:t>
      </w:r>
      <w:r>
        <w:rPr>
          <w:rFonts w:eastAsia="楷体" w:cs="Times New Roman"/>
          <w:sz w:val="28"/>
        </w:rPr>
        <w:t>名专任教师。】</w:t>
      </w:r>
    </w:p>
    <w:p w14:paraId="0722AEB4" w14:textId="77777777" w:rsidR="00743550" w:rsidRDefault="00743550">
      <w:pPr>
        <w:spacing w:line="200" w:lineRule="exact"/>
      </w:pPr>
    </w:p>
    <w:p w14:paraId="5894F06D" w14:textId="77777777" w:rsidR="00743550" w:rsidRDefault="00000000">
      <w:pPr>
        <w:spacing w:before="40" w:line="520" w:lineRule="exact"/>
      </w:pPr>
      <w:r>
        <w:rPr>
          <w:rFonts w:cs="Times New Roman"/>
          <w:sz w:val="30"/>
        </w:rPr>
        <w:t>学校（全称）：</w:t>
      </w:r>
      <w:r>
        <w:rPr>
          <w:rFonts w:cs="Times New Roman"/>
          <w:sz w:val="30"/>
        </w:rPr>
        <w:t>________________________________________</w:t>
      </w:r>
    </w:p>
    <w:p w14:paraId="64D878E9" w14:textId="77777777" w:rsidR="00743550" w:rsidRDefault="00000000">
      <w:pPr>
        <w:spacing w:before="40" w:line="520" w:lineRule="exact"/>
      </w:pPr>
      <w:r>
        <w:rPr>
          <w:rFonts w:cs="Times New Roman"/>
          <w:sz w:val="30"/>
        </w:rPr>
        <w:t>填写人：</w:t>
      </w:r>
      <w:r>
        <w:rPr>
          <w:rFonts w:cs="Times New Roman"/>
          <w:sz w:val="30"/>
        </w:rPr>
        <w:t>______</w:t>
      </w:r>
      <w:r>
        <w:rPr>
          <w:rFonts w:cs="Times New Roman"/>
          <w:sz w:val="30"/>
        </w:rPr>
        <w:t xml:space="preserve">　联系电话：</w:t>
      </w:r>
      <w:r>
        <w:rPr>
          <w:rFonts w:cs="Times New Roman"/>
          <w:sz w:val="30"/>
        </w:rPr>
        <w:t>______</w:t>
      </w:r>
      <w:r>
        <w:rPr>
          <w:rFonts w:cs="Times New Roman"/>
          <w:sz w:val="30"/>
        </w:rPr>
        <w:t xml:space="preserve">　填表日期：</w:t>
      </w:r>
      <w:r>
        <w:rPr>
          <w:rFonts w:cs="Times New Roman"/>
          <w:sz w:val="30"/>
        </w:rPr>
        <w:t>___</w:t>
      </w:r>
      <w:r>
        <w:rPr>
          <w:rFonts w:cs="Times New Roman"/>
          <w:sz w:val="30"/>
        </w:rPr>
        <w:t>年</w:t>
      </w:r>
      <w:r>
        <w:rPr>
          <w:rFonts w:cs="Times New Roman"/>
          <w:sz w:val="30"/>
        </w:rPr>
        <w:t>__</w:t>
      </w:r>
      <w:r>
        <w:rPr>
          <w:rFonts w:cs="Times New Roman"/>
          <w:sz w:val="30"/>
        </w:rPr>
        <w:t>月</w:t>
      </w:r>
      <w:r>
        <w:rPr>
          <w:rFonts w:cs="Times New Roman"/>
          <w:sz w:val="30"/>
        </w:rPr>
        <w:t>__</w:t>
      </w:r>
      <w:r>
        <w:rPr>
          <w:rFonts w:cs="Times New Roman"/>
          <w:sz w:val="30"/>
        </w:rPr>
        <w:t>日</w:t>
      </w:r>
    </w:p>
    <w:p w14:paraId="5FA37163" w14:textId="77777777" w:rsidR="00743550" w:rsidRDefault="00000000">
      <w:pPr>
        <w:spacing w:before="120" w:line="520" w:lineRule="exact"/>
      </w:pPr>
      <w:r>
        <w:rPr>
          <w:rFonts w:eastAsia="黑体" w:cs="Times New Roman"/>
          <w:sz w:val="28"/>
        </w:rPr>
        <w:t>【名词解释】</w:t>
      </w:r>
    </w:p>
    <w:p w14:paraId="1C41CEA4" w14:textId="77777777" w:rsidR="00743550" w:rsidRDefault="00000000">
      <w:pPr>
        <w:spacing w:line="480" w:lineRule="exact"/>
        <w:ind w:firstLine="560"/>
      </w:pPr>
      <w:r>
        <w:rPr>
          <w:rFonts w:cs="Times New Roman"/>
          <w:b/>
          <w:sz w:val="28"/>
        </w:rPr>
        <w:t>1.</w:t>
      </w:r>
      <w:r>
        <w:rPr>
          <w:rFonts w:cs="Times New Roman"/>
          <w:b/>
          <w:sz w:val="28"/>
        </w:rPr>
        <w:t>人工智能（</w:t>
      </w:r>
      <w:r>
        <w:rPr>
          <w:rFonts w:cs="Times New Roman"/>
          <w:b/>
          <w:sz w:val="28"/>
        </w:rPr>
        <w:t>Artificial Intelligence</w:t>
      </w:r>
      <w:r>
        <w:rPr>
          <w:rFonts w:cs="Times New Roman"/>
          <w:b/>
          <w:sz w:val="28"/>
        </w:rPr>
        <w:t>，简称</w:t>
      </w:r>
      <w:r>
        <w:rPr>
          <w:rFonts w:cs="Times New Roman"/>
          <w:b/>
          <w:sz w:val="28"/>
        </w:rPr>
        <w:t>AI</w:t>
      </w:r>
      <w:r>
        <w:rPr>
          <w:rFonts w:cs="Times New Roman"/>
          <w:b/>
          <w:sz w:val="28"/>
        </w:rPr>
        <w:t>）：</w:t>
      </w:r>
      <w:r>
        <w:rPr>
          <w:rFonts w:cs="Times New Roman"/>
          <w:sz w:val="28"/>
        </w:rPr>
        <w:t>由人类设计和编程的机器或软件系统，能够执行学习、推理、解决问题和模拟人类感知等复杂任务。</w:t>
      </w:r>
    </w:p>
    <w:p w14:paraId="23A11DBB" w14:textId="77777777" w:rsidR="00743550" w:rsidRDefault="00000000">
      <w:pPr>
        <w:spacing w:line="480" w:lineRule="exact"/>
        <w:ind w:firstLine="560"/>
      </w:pPr>
      <w:r>
        <w:rPr>
          <w:rFonts w:cs="Times New Roman"/>
          <w:b/>
          <w:sz w:val="28"/>
        </w:rPr>
        <w:t>2.</w:t>
      </w:r>
      <w:r>
        <w:rPr>
          <w:rFonts w:cs="Times New Roman"/>
          <w:b/>
          <w:sz w:val="28"/>
        </w:rPr>
        <w:t>生成式人工智能（</w:t>
      </w:r>
      <w:r>
        <w:rPr>
          <w:rFonts w:cs="Times New Roman"/>
          <w:b/>
          <w:sz w:val="28"/>
        </w:rPr>
        <w:t>Generative AI</w:t>
      </w:r>
      <w:r>
        <w:rPr>
          <w:rFonts w:cs="Times New Roman"/>
          <w:b/>
          <w:sz w:val="28"/>
        </w:rPr>
        <w:t>，简称</w:t>
      </w:r>
      <w:r>
        <w:rPr>
          <w:rFonts w:cs="Times New Roman"/>
          <w:b/>
          <w:sz w:val="28"/>
        </w:rPr>
        <w:t>GenAI</w:t>
      </w:r>
      <w:r>
        <w:rPr>
          <w:rFonts w:cs="Times New Roman"/>
          <w:b/>
          <w:sz w:val="28"/>
        </w:rPr>
        <w:t>）：</w:t>
      </w:r>
      <w:r>
        <w:rPr>
          <w:rFonts w:cs="Times New Roman"/>
          <w:sz w:val="28"/>
        </w:rPr>
        <w:t>一种特殊类型的</w:t>
      </w:r>
      <w:r>
        <w:rPr>
          <w:rFonts w:cs="Times New Roman"/>
          <w:sz w:val="28"/>
        </w:rPr>
        <w:t>AI</w:t>
      </w:r>
      <w:r>
        <w:rPr>
          <w:rFonts w:cs="Times New Roman"/>
          <w:sz w:val="28"/>
        </w:rPr>
        <w:t>，能够利用学习到的数据模式创造全新的内容，包括文本、图像、音频和视频等。</w:t>
      </w:r>
    </w:p>
    <w:p w14:paraId="76FE5297" w14:textId="77777777" w:rsidR="00743550" w:rsidRDefault="00000000">
      <w:pPr>
        <w:spacing w:line="480" w:lineRule="exact"/>
        <w:ind w:firstLine="560"/>
      </w:pPr>
      <w:r>
        <w:rPr>
          <w:rFonts w:cs="Times New Roman"/>
          <w:b/>
          <w:sz w:val="28"/>
        </w:rPr>
        <w:lastRenderedPageBreak/>
        <w:t>3.</w:t>
      </w:r>
      <w:r>
        <w:rPr>
          <w:rFonts w:cs="Times New Roman"/>
          <w:b/>
          <w:sz w:val="28"/>
        </w:rPr>
        <w:t>智能体（</w:t>
      </w:r>
      <w:r>
        <w:rPr>
          <w:rFonts w:cs="Times New Roman"/>
          <w:b/>
          <w:sz w:val="28"/>
        </w:rPr>
        <w:t>AI Agent</w:t>
      </w:r>
      <w:r>
        <w:rPr>
          <w:rFonts w:cs="Times New Roman"/>
          <w:b/>
          <w:sz w:val="28"/>
        </w:rPr>
        <w:t>，全称人工智能体）：</w:t>
      </w:r>
      <w:r>
        <w:rPr>
          <w:rFonts w:cs="Times New Roman"/>
          <w:sz w:val="28"/>
        </w:rPr>
        <w:t>以大模型为</w:t>
      </w:r>
      <w:r>
        <w:rPr>
          <w:rFonts w:cs="Times New Roman"/>
          <w:sz w:val="28"/>
        </w:rPr>
        <w:t>“</w:t>
      </w:r>
      <w:r>
        <w:rPr>
          <w:rFonts w:cs="Times New Roman"/>
          <w:sz w:val="28"/>
        </w:rPr>
        <w:t>大脑</w:t>
      </w:r>
      <w:r>
        <w:rPr>
          <w:rFonts w:cs="Times New Roman"/>
          <w:sz w:val="28"/>
        </w:rPr>
        <w:t>”</w:t>
      </w:r>
      <w:r>
        <w:rPr>
          <w:rFonts w:cs="Times New Roman"/>
          <w:sz w:val="28"/>
        </w:rPr>
        <w:t>，能够自主感知任务目标、进行任务规划、调用外部工具（如信息检索、计算、代码执行、软件操作等）并多步执行，最终完成复杂目标任务的人工智能应用形态。常见形态包括：对话式智能体、接入知识库或业务系统的专用智能体、多智能体协作与工作流自动化等。</w:t>
      </w:r>
    </w:p>
    <w:p w14:paraId="15B36BE3" w14:textId="77777777" w:rsidR="00743550" w:rsidRDefault="00000000">
      <w:pPr>
        <w:spacing w:before="200" w:after="40"/>
      </w:pPr>
      <w:r>
        <w:rPr>
          <w:rFonts w:eastAsia="黑体" w:cs="Times New Roman"/>
          <w:sz w:val="30"/>
        </w:rPr>
        <w:t>一、基本情况</w:t>
      </w:r>
    </w:p>
    <w:p w14:paraId="1F3E8EDA" w14:textId="77777777" w:rsidR="00743550" w:rsidRDefault="00000000">
      <w:pPr>
        <w:spacing w:before="120" w:after="40" w:line="540" w:lineRule="exact"/>
      </w:pPr>
      <w:r>
        <w:rPr>
          <w:rFonts w:cs="Times New Roman"/>
          <w:sz w:val="30"/>
        </w:rPr>
        <w:t>1.</w:t>
      </w:r>
      <w:r>
        <w:rPr>
          <w:rFonts w:cs="Times New Roman"/>
          <w:sz w:val="30"/>
        </w:rPr>
        <w:t>您所在学校的类型是［单选题］</w:t>
      </w:r>
      <w:r>
        <w:rPr>
          <w:rFonts w:cs="Times New Roman"/>
          <w:sz w:val="30"/>
        </w:rPr>
        <w:t xml:space="preserve"> *</w:t>
      </w:r>
    </w:p>
    <w:p w14:paraId="3DFAFB31" w14:textId="77777777" w:rsidR="00743550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中等职业学校</w:t>
      </w:r>
    </w:p>
    <w:p w14:paraId="608350E7" w14:textId="77777777" w:rsidR="00743550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高等职业院校（含高职高专）</w:t>
      </w:r>
    </w:p>
    <w:p w14:paraId="28C3A069" w14:textId="77777777" w:rsidR="00743550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本科层次职业学校</w:t>
      </w:r>
    </w:p>
    <w:p w14:paraId="73EDA499" w14:textId="77777777" w:rsidR="00743550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其他（请注明）</w:t>
      </w:r>
    </w:p>
    <w:p w14:paraId="7ED07438" w14:textId="77777777" w:rsidR="00743550" w:rsidRDefault="00000000">
      <w:pPr>
        <w:spacing w:before="120" w:after="40" w:line="540" w:lineRule="exact"/>
      </w:pPr>
      <w:r>
        <w:rPr>
          <w:rFonts w:cs="Times New Roman"/>
          <w:sz w:val="30"/>
        </w:rPr>
        <w:t>2.</w:t>
      </w:r>
      <w:r>
        <w:rPr>
          <w:rFonts w:cs="Times New Roman"/>
          <w:sz w:val="30"/>
        </w:rPr>
        <w:t>您的教龄为［单选题］</w:t>
      </w:r>
      <w:r>
        <w:rPr>
          <w:rFonts w:cs="Times New Roman"/>
          <w:sz w:val="30"/>
        </w:rPr>
        <w:t xml:space="preserve"> *</w:t>
      </w:r>
    </w:p>
    <w:p w14:paraId="1E078540" w14:textId="77777777" w:rsidR="00743550" w:rsidRDefault="00000000">
      <w:pPr>
        <w:spacing w:after="20" w:line="520" w:lineRule="exact"/>
      </w:pPr>
      <w:r>
        <w:rPr>
          <w:rFonts w:cs="Times New Roman"/>
        </w:rPr>
        <w:t>□ 1</w:t>
      </w:r>
      <w:r>
        <w:rPr>
          <w:rFonts w:cs="Times New Roman"/>
        </w:rPr>
        <w:t>年以下</w:t>
      </w:r>
    </w:p>
    <w:p w14:paraId="218FBA4C" w14:textId="77777777" w:rsidR="00743550" w:rsidRDefault="00000000">
      <w:pPr>
        <w:spacing w:after="20" w:line="520" w:lineRule="exact"/>
      </w:pPr>
      <w:r>
        <w:rPr>
          <w:rFonts w:cs="Times New Roman"/>
        </w:rPr>
        <w:t>□ 1—3</w:t>
      </w:r>
      <w:r>
        <w:rPr>
          <w:rFonts w:cs="Times New Roman"/>
        </w:rPr>
        <w:t>年</w:t>
      </w:r>
    </w:p>
    <w:p w14:paraId="21EACB7B" w14:textId="77777777" w:rsidR="00743550" w:rsidRDefault="00000000">
      <w:pPr>
        <w:spacing w:after="20" w:line="520" w:lineRule="exact"/>
      </w:pPr>
      <w:r>
        <w:rPr>
          <w:rFonts w:cs="Times New Roman"/>
        </w:rPr>
        <w:t>□ 4—10</w:t>
      </w:r>
      <w:r>
        <w:rPr>
          <w:rFonts w:cs="Times New Roman"/>
        </w:rPr>
        <w:t>年</w:t>
      </w:r>
    </w:p>
    <w:p w14:paraId="478CE74E" w14:textId="77777777" w:rsidR="00743550" w:rsidRDefault="00000000">
      <w:pPr>
        <w:spacing w:after="20" w:line="520" w:lineRule="exact"/>
      </w:pPr>
      <w:r>
        <w:rPr>
          <w:rFonts w:cs="Times New Roman"/>
        </w:rPr>
        <w:t>□ 10</w:t>
      </w:r>
      <w:r>
        <w:rPr>
          <w:rFonts w:cs="Times New Roman"/>
        </w:rPr>
        <w:t>年以上</w:t>
      </w:r>
    </w:p>
    <w:p w14:paraId="039268F7" w14:textId="77777777" w:rsidR="00743550" w:rsidRDefault="00000000">
      <w:pPr>
        <w:spacing w:before="120" w:after="40" w:line="540" w:lineRule="exact"/>
      </w:pPr>
      <w:r>
        <w:rPr>
          <w:rFonts w:cs="Times New Roman"/>
          <w:sz w:val="30"/>
        </w:rPr>
        <w:t>3.</w:t>
      </w:r>
      <w:r>
        <w:rPr>
          <w:rFonts w:cs="Times New Roman"/>
          <w:sz w:val="30"/>
        </w:rPr>
        <w:t>您目前的职称级别为［单选题］</w:t>
      </w:r>
      <w:r>
        <w:rPr>
          <w:rFonts w:cs="Times New Roman"/>
          <w:sz w:val="30"/>
        </w:rPr>
        <w:t xml:space="preserve"> *</w:t>
      </w:r>
    </w:p>
    <w:p w14:paraId="22D1861A" w14:textId="77777777" w:rsidR="00743550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正高级职称</w:t>
      </w:r>
    </w:p>
    <w:p w14:paraId="5B125A07" w14:textId="77777777" w:rsidR="00743550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副高级职称</w:t>
      </w:r>
    </w:p>
    <w:p w14:paraId="6A149C6D" w14:textId="77777777" w:rsidR="00743550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中级职称</w:t>
      </w:r>
    </w:p>
    <w:p w14:paraId="33C1F24A" w14:textId="77777777" w:rsidR="00743550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初级职称</w:t>
      </w:r>
    </w:p>
    <w:p w14:paraId="3278E1EB" w14:textId="77777777" w:rsidR="00743550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其他（请注明）</w:t>
      </w:r>
    </w:p>
    <w:p w14:paraId="627FB076" w14:textId="77777777" w:rsidR="00743550" w:rsidRDefault="00000000">
      <w:pPr>
        <w:spacing w:before="120" w:after="40" w:line="540" w:lineRule="exact"/>
      </w:pPr>
      <w:r>
        <w:rPr>
          <w:rFonts w:cs="Times New Roman"/>
          <w:sz w:val="30"/>
        </w:rPr>
        <w:lastRenderedPageBreak/>
        <w:t>4.</w:t>
      </w:r>
      <w:r>
        <w:rPr>
          <w:rFonts w:cs="Times New Roman"/>
          <w:sz w:val="30"/>
        </w:rPr>
        <w:t>您任教专业所属的专业大类为［单选题］</w:t>
      </w:r>
      <w:r>
        <w:rPr>
          <w:rFonts w:cs="Times New Roman"/>
          <w:sz w:val="30"/>
        </w:rPr>
        <w:t xml:space="preserve"> *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422"/>
        <w:gridCol w:w="4422"/>
      </w:tblGrid>
      <w:tr w:rsidR="00743550" w14:paraId="7CF01227" w14:textId="77777777">
        <w:trPr>
          <w:jc w:val="center"/>
        </w:trPr>
        <w:tc>
          <w:tcPr>
            <w:tcW w:w="4422" w:type="dxa"/>
          </w:tcPr>
          <w:p w14:paraId="57A192A1" w14:textId="77777777" w:rsidR="00743550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公共基础课（思政、语文、数学、英语等）</w:t>
            </w:r>
          </w:p>
        </w:tc>
        <w:tc>
          <w:tcPr>
            <w:tcW w:w="4422" w:type="dxa"/>
          </w:tcPr>
          <w:p w14:paraId="6C831CAD" w14:textId="77777777" w:rsidR="00743550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电子与信息大类</w:t>
            </w:r>
          </w:p>
        </w:tc>
      </w:tr>
      <w:tr w:rsidR="00743550" w14:paraId="5B0357F6" w14:textId="77777777">
        <w:trPr>
          <w:jc w:val="center"/>
        </w:trPr>
        <w:tc>
          <w:tcPr>
            <w:tcW w:w="4422" w:type="dxa"/>
          </w:tcPr>
          <w:p w14:paraId="20F5655F" w14:textId="77777777" w:rsidR="00743550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农林牧渔大类</w:t>
            </w:r>
          </w:p>
        </w:tc>
        <w:tc>
          <w:tcPr>
            <w:tcW w:w="4422" w:type="dxa"/>
          </w:tcPr>
          <w:p w14:paraId="013EA317" w14:textId="77777777" w:rsidR="00743550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医药卫生大类</w:t>
            </w:r>
          </w:p>
        </w:tc>
      </w:tr>
      <w:tr w:rsidR="00743550" w14:paraId="68AAE2CB" w14:textId="77777777">
        <w:trPr>
          <w:jc w:val="center"/>
        </w:trPr>
        <w:tc>
          <w:tcPr>
            <w:tcW w:w="4422" w:type="dxa"/>
          </w:tcPr>
          <w:p w14:paraId="2A525176" w14:textId="77777777" w:rsidR="00743550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资源环境与安全大类</w:t>
            </w:r>
          </w:p>
        </w:tc>
        <w:tc>
          <w:tcPr>
            <w:tcW w:w="4422" w:type="dxa"/>
          </w:tcPr>
          <w:p w14:paraId="330BD9AF" w14:textId="77777777" w:rsidR="00743550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财经商贸大类</w:t>
            </w:r>
          </w:p>
        </w:tc>
      </w:tr>
      <w:tr w:rsidR="00743550" w14:paraId="7719169C" w14:textId="77777777">
        <w:trPr>
          <w:jc w:val="center"/>
        </w:trPr>
        <w:tc>
          <w:tcPr>
            <w:tcW w:w="4422" w:type="dxa"/>
          </w:tcPr>
          <w:p w14:paraId="7ECB65E0" w14:textId="77777777" w:rsidR="00743550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能源动力与材料大类</w:t>
            </w:r>
          </w:p>
        </w:tc>
        <w:tc>
          <w:tcPr>
            <w:tcW w:w="4422" w:type="dxa"/>
          </w:tcPr>
          <w:p w14:paraId="5C10444D" w14:textId="77777777" w:rsidR="00743550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旅游大类</w:t>
            </w:r>
          </w:p>
        </w:tc>
      </w:tr>
      <w:tr w:rsidR="00743550" w14:paraId="6FF5EF28" w14:textId="77777777">
        <w:trPr>
          <w:jc w:val="center"/>
        </w:trPr>
        <w:tc>
          <w:tcPr>
            <w:tcW w:w="4422" w:type="dxa"/>
          </w:tcPr>
          <w:p w14:paraId="18855A4E" w14:textId="77777777" w:rsidR="00743550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土木建筑大类</w:t>
            </w:r>
          </w:p>
        </w:tc>
        <w:tc>
          <w:tcPr>
            <w:tcW w:w="4422" w:type="dxa"/>
          </w:tcPr>
          <w:p w14:paraId="4EE63116" w14:textId="77777777" w:rsidR="00743550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文化艺术大类</w:t>
            </w:r>
          </w:p>
        </w:tc>
      </w:tr>
      <w:tr w:rsidR="00743550" w14:paraId="2BA7E7B2" w14:textId="77777777">
        <w:trPr>
          <w:jc w:val="center"/>
        </w:trPr>
        <w:tc>
          <w:tcPr>
            <w:tcW w:w="4422" w:type="dxa"/>
          </w:tcPr>
          <w:p w14:paraId="48E4CD63" w14:textId="77777777" w:rsidR="00743550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水利大类</w:t>
            </w:r>
          </w:p>
        </w:tc>
        <w:tc>
          <w:tcPr>
            <w:tcW w:w="4422" w:type="dxa"/>
          </w:tcPr>
          <w:p w14:paraId="0CA8328C" w14:textId="77777777" w:rsidR="00743550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新闻传播大类</w:t>
            </w:r>
          </w:p>
        </w:tc>
      </w:tr>
      <w:tr w:rsidR="00743550" w14:paraId="4C75DED9" w14:textId="77777777">
        <w:trPr>
          <w:jc w:val="center"/>
        </w:trPr>
        <w:tc>
          <w:tcPr>
            <w:tcW w:w="4422" w:type="dxa"/>
          </w:tcPr>
          <w:p w14:paraId="63707266" w14:textId="77777777" w:rsidR="00743550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装备制造大类</w:t>
            </w:r>
          </w:p>
        </w:tc>
        <w:tc>
          <w:tcPr>
            <w:tcW w:w="4422" w:type="dxa"/>
          </w:tcPr>
          <w:p w14:paraId="6BE1B1FB" w14:textId="77777777" w:rsidR="00743550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教育与体育大类</w:t>
            </w:r>
          </w:p>
        </w:tc>
      </w:tr>
      <w:tr w:rsidR="00743550" w14:paraId="398F5233" w14:textId="77777777">
        <w:trPr>
          <w:jc w:val="center"/>
        </w:trPr>
        <w:tc>
          <w:tcPr>
            <w:tcW w:w="4422" w:type="dxa"/>
          </w:tcPr>
          <w:p w14:paraId="60F2FDA0" w14:textId="77777777" w:rsidR="00743550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生物化工大类</w:t>
            </w:r>
          </w:p>
        </w:tc>
        <w:tc>
          <w:tcPr>
            <w:tcW w:w="4422" w:type="dxa"/>
          </w:tcPr>
          <w:p w14:paraId="64F8D850" w14:textId="77777777" w:rsidR="00743550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公安与司法大类</w:t>
            </w:r>
          </w:p>
        </w:tc>
      </w:tr>
      <w:tr w:rsidR="00743550" w14:paraId="59210708" w14:textId="77777777">
        <w:trPr>
          <w:jc w:val="center"/>
        </w:trPr>
        <w:tc>
          <w:tcPr>
            <w:tcW w:w="4422" w:type="dxa"/>
          </w:tcPr>
          <w:p w14:paraId="4A513FE6" w14:textId="77777777" w:rsidR="00743550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轻工纺织大类</w:t>
            </w:r>
          </w:p>
        </w:tc>
        <w:tc>
          <w:tcPr>
            <w:tcW w:w="4422" w:type="dxa"/>
          </w:tcPr>
          <w:p w14:paraId="2A0D3E70" w14:textId="77777777" w:rsidR="00743550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公共管理与服务大类</w:t>
            </w:r>
          </w:p>
        </w:tc>
      </w:tr>
      <w:tr w:rsidR="00743550" w14:paraId="74817399" w14:textId="77777777">
        <w:trPr>
          <w:jc w:val="center"/>
        </w:trPr>
        <w:tc>
          <w:tcPr>
            <w:tcW w:w="4422" w:type="dxa"/>
          </w:tcPr>
          <w:p w14:paraId="6317AE86" w14:textId="77777777" w:rsidR="00743550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食品药品与粮食大类</w:t>
            </w:r>
          </w:p>
        </w:tc>
        <w:tc>
          <w:tcPr>
            <w:tcW w:w="4422" w:type="dxa"/>
          </w:tcPr>
          <w:p w14:paraId="1E8F24BF" w14:textId="77777777" w:rsidR="00743550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其他（请注明）</w:t>
            </w:r>
          </w:p>
        </w:tc>
      </w:tr>
      <w:tr w:rsidR="00743550" w14:paraId="09E52864" w14:textId="77777777">
        <w:trPr>
          <w:jc w:val="center"/>
        </w:trPr>
        <w:tc>
          <w:tcPr>
            <w:tcW w:w="4422" w:type="dxa"/>
          </w:tcPr>
          <w:p w14:paraId="253CA7F9" w14:textId="77777777" w:rsidR="00743550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交通运输大类</w:t>
            </w:r>
          </w:p>
        </w:tc>
        <w:tc>
          <w:tcPr>
            <w:tcW w:w="4422" w:type="dxa"/>
          </w:tcPr>
          <w:p w14:paraId="2304CACF" w14:textId="77777777" w:rsidR="00743550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目前不授课</w:t>
            </w:r>
          </w:p>
        </w:tc>
      </w:tr>
    </w:tbl>
    <w:p w14:paraId="374B38DB" w14:textId="77777777" w:rsidR="00743550" w:rsidRDefault="00000000">
      <w:pPr>
        <w:spacing w:before="200" w:after="40"/>
      </w:pPr>
      <w:r>
        <w:rPr>
          <w:rFonts w:eastAsia="黑体" w:cs="Times New Roman"/>
          <w:sz w:val="30"/>
        </w:rPr>
        <w:t>二、智能体认知与素养</w:t>
      </w:r>
    </w:p>
    <w:p w14:paraId="5BD0E9B2" w14:textId="77777777" w:rsidR="00743550" w:rsidRDefault="00000000">
      <w:pPr>
        <w:spacing w:before="120" w:after="40" w:line="540" w:lineRule="exact"/>
      </w:pPr>
      <w:r>
        <w:rPr>
          <w:rFonts w:cs="Times New Roman"/>
          <w:sz w:val="30"/>
        </w:rPr>
        <w:t>5.</w:t>
      </w:r>
      <w:r>
        <w:rPr>
          <w:rFonts w:cs="Times New Roman"/>
          <w:sz w:val="30"/>
        </w:rPr>
        <w:t>您对</w:t>
      </w:r>
      <w:r>
        <w:rPr>
          <w:rFonts w:cs="Times New Roman"/>
          <w:sz w:val="30"/>
        </w:rPr>
        <w:t>“</w:t>
      </w:r>
      <w:r>
        <w:rPr>
          <w:rFonts w:cs="Times New Roman"/>
          <w:sz w:val="30"/>
        </w:rPr>
        <w:t>智能体（</w:t>
      </w:r>
      <w:r>
        <w:rPr>
          <w:rFonts w:cs="Times New Roman"/>
          <w:sz w:val="30"/>
        </w:rPr>
        <w:t>AI Agent</w:t>
      </w:r>
      <w:r>
        <w:rPr>
          <w:rFonts w:cs="Times New Roman"/>
          <w:sz w:val="30"/>
        </w:rPr>
        <w:t>）</w:t>
      </w:r>
      <w:r>
        <w:rPr>
          <w:rFonts w:cs="Times New Roman"/>
          <w:sz w:val="30"/>
        </w:rPr>
        <w:t>”</w:t>
      </w:r>
      <w:r>
        <w:rPr>
          <w:rFonts w:cs="Times New Roman"/>
          <w:sz w:val="30"/>
        </w:rPr>
        <w:t>的了解程度［单选题］</w:t>
      </w:r>
      <w:r>
        <w:rPr>
          <w:rFonts w:cs="Times New Roman"/>
          <w:sz w:val="30"/>
        </w:rPr>
        <w:t xml:space="preserve"> *</w:t>
      </w:r>
    </w:p>
    <w:p w14:paraId="78A23E15" w14:textId="77777777" w:rsidR="00743550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没听说过</w:t>
      </w:r>
    </w:p>
    <w:p w14:paraId="0334A577" w14:textId="77777777" w:rsidR="00743550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听说过，但不清楚它具体能做什么</w:t>
      </w:r>
    </w:p>
    <w:p w14:paraId="15BC8732" w14:textId="77777777" w:rsidR="00743550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基本了解，能说出典型应用（如自动整理资料、生成课件、自动完成任务）</w:t>
      </w:r>
    </w:p>
    <w:p w14:paraId="7C9B4F25" w14:textId="77777777" w:rsidR="00743550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比较了解，能区分智能体与普通大模型对话的差别，说明其</w:t>
      </w:r>
      <w:r>
        <w:rPr>
          <w:rFonts w:cs="Times New Roman"/>
        </w:rPr>
        <w:t>“</w:t>
      </w:r>
      <w:r>
        <w:rPr>
          <w:rFonts w:cs="Times New Roman"/>
        </w:rPr>
        <w:t>自主规划</w:t>
      </w:r>
      <w:r>
        <w:rPr>
          <w:rFonts w:cs="Times New Roman"/>
        </w:rPr>
        <w:t>—</w:t>
      </w:r>
      <w:r>
        <w:rPr>
          <w:rFonts w:cs="Times New Roman"/>
        </w:rPr>
        <w:t>调用工具</w:t>
      </w:r>
      <w:r>
        <w:rPr>
          <w:rFonts w:cs="Times New Roman"/>
        </w:rPr>
        <w:t>—</w:t>
      </w:r>
      <w:r>
        <w:rPr>
          <w:rFonts w:cs="Times New Roman"/>
        </w:rPr>
        <w:t>多步执行</w:t>
      </w:r>
      <w:r>
        <w:rPr>
          <w:rFonts w:cs="Times New Roman"/>
        </w:rPr>
        <w:t>”</w:t>
      </w:r>
      <w:r>
        <w:rPr>
          <w:rFonts w:cs="Times New Roman"/>
        </w:rPr>
        <w:t>的特征</w:t>
      </w:r>
    </w:p>
    <w:p w14:paraId="6D38484F" w14:textId="77777777" w:rsidR="00743550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非常了解，能独立搭建或配置面向教学场景的智能体</w:t>
      </w:r>
    </w:p>
    <w:p w14:paraId="233AE0EF" w14:textId="77777777" w:rsidR="00743550" w:rsidRDefault="00000000">
      <w:pPr>
        <w:spacing w:before="120" w:after="40" w:line="540" w:lineRule="exact"/>
      </w:pPr>
      <w:r>
        <w:rPr>
          <w:rFonts w:cs="Times New Roman"/>
          <w:sz w:val="30"/>
        </w:rPr>
        <w:lastRenderedPageBreak/>
        <w:t>6.</w:t>
      </w:r>
      <w:r>
        <w:rPr>
          <w:rFonts w:cs="Times New Roman"/>
          <w:sz w:val="30"/>
        </w:rPr>
        <w:t>下列关于智能体的说法，您认为正确的是［单选题］</w:t>
      </w:r>
      <w:r>
        <w:rPr>
          <w:rFonts w:cs="Times New Roman"/>
          <w:sz w:val="30"/>
        </w:rPr>
        <w:t xml:space="preserve"> *</w:t>
      </w:r>
    </w:p>
    <w:p w14:paraId="24D3E966" w14:textId="77777777" w:rsidR="00743550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智能体不仅能对话，还能自主规划步骤、调用工具完成复杂任务</w:t>
      </w:r>
    </w:p>
    <w:p w14:paraId="70ADA6D9" w14:textId="77777777" w:rsidR="00743550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智能体只是换了名称的聊天机器人，只能一问一答</w:t>
      </w:r>
    </w:p>
    <w:p w14:paraId="50E6C6E5" w14:textId="77777777" w:rsidR="00743550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智能体搭建完成后无需知识库和数据，即可准确回答专业问题</w:t>
      </w:r>
    </w:p>
    <w:p w14:paraId="406926F8" w14:textId="77777777" w:rsidR="00743550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智能体可以完全替代教师完成教学设计与课堂实施</w:t>
      </w:r>
    </w:p>
    <w:p w14:paraId="1D08C187" w14:textId="77777777" w:rsidR="00743550" w:rsidRDefault="00000000">
      <w:pPr>
        <w:spacing w:before="120" w:after="40" w:line="540" w:lineRule="exact"/>
      </w:pPr>
      <w:r>
        <w:rPr>
          <w:rFonts w:cs="Times New Roman"/>
          <w:sz w:val="30"/>
        </w:rPr>
        <w:t>7.</w:t>
      </w:r>
      <w:r>
        <w:rPr>
          <w:rFonts w:cs="Times New Roman"/>
          <w:sz w:val="30"/>
        </w:rPr>
        <w:t>在教学中使用智能体时，您认为最需要注意的问题是［单选题］</w:t>
      </w:r>
      <w:r>
        <w:rPr>
          <w:rFonts w:cs="Times New Roman"/>
          <w:sz w:val="30"/>
        </w:rPr>
        <w:t xml:space="preserve"> *</w:t>
      </w:r>
    </w:p>
    <w:p w14:paraId="73F50BD1" w14:textId="77777777" w:rsidR="00743550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智能体输出的内容可能有误或被</w:t>
      </w:r>
      <w:r>
        <w:rPr>
          <w:rFonts w:cs="Times New Roman"/>
        </w:rPr>
        <w:t>“</w:t>
      </w:r>
      <w:r>
        <w:rPr>
          <w:rFonts w:cs="Times New Roman"/>
        </w:rPr>
        <w:t>编造</w:t>
      </w:r>
      <w:r>
        <w:rPr>
          <w:rFonts w:cs="Times New Roman"/>
        </w:rPr>
        <w:t>”</w:t>
      </w:r>
      <w:r>
        <w:rPr>
          <w:rFonts w:cs="Times New Roman"/>
        </w:rPr>
        <w:t>，需人工核验</w:t>
      </w:r>
    </w:p>
    <w:p w14:paraId="1AD33E79" w14:textId="77777777" w:rsidR="00743550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生成速度最重要，内容质量由模型负责</w:t>
      </w:r>
    </w:p>
    <w:p w14:paraId="35107103" w14:textId="77777777" w:rsidR="00743550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使用智能体不涉及版权与学术规范问题</w:t>
      </w:r>
    </w:p>
    <w:p w14:paraId="52CC5DC0" w14:textId="77777777" w:rsidR="00743550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把学生个人信息直接输入智能体不存在隐私风险</w:t>
      </w:r>
    </w:p>
    <w:p w14:paraId="05356A8B" w14:textId="77777777" w:rsidR="00743550" w:rsidRDefault="00000000">
      <w:pPr>
        <w:spacing w:before="200" w:after="40"/>
      </w:pPr>
      <w:r>
        <w:rPr>
          <w:rFonts w:eastAsia="黑体" w:cs="Times New Roman"/>
          <w:sz w:val="30"/>
        </w:rPr>
        <w:t>三、智能体应用情况</w:t>
      </w:r>
    </w:p>
    <w:p w14:paraId="6D44F72A" w14:textId="77777777" w:rsidR="00743550" w:rsidRDefault="00000000">
      <w:pPr>
        <w:spacing w:before="120" w:after="40" w:line="540" w:lineRule="exact"/>
      </w:pPr>
      <w:r>
        <w:rPr>
          <w:rFonts w:cs="Times New Roman"/>
          <w:sz w:val="30"/>
        </w:rPr>
        <w:t>8.</w:t>
      </w:r>
      <w:r>
        <w:rPr>
          <w:rFonts w:cs="Times New Roman"/>
          <w:sz w:val="30"/>
        </w:rPr>
        <w:t>您使用智能体（</w:t>
      </w:r>
      <w:r>
        <w:rPr>
          <w:rFonts w:cs="Times New Roman"/>
          <w:sz w:val="30"/>
        </w:rPr>
        <w:t>AI Agent</w:t>
      </w:r>
      <w:r>
        <w:rPr>
          <w:rFonts w:cs="Times New Roman"/>
          <w:sz w:val="30"/>
        </w:rPr>
        <w:t>）开展工作的频率［单选题］</w:t>
      </w:r>
      <w:r>
        <w:rPr>
          <w:rFonts w:cs="Times New Roman"/>
          <w:sz w:val="30"/>
        </w:rPr>
        <w:t xml:space="preserve"> *</w:t>
      </w:r>
    </w:p>
    <w:p w14:paraId="09CAE798" w14:textId="77777777" w:rsidR="00743550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从未使用</w:t>
      </w:r>
    </w:p>
    <w:p w14:paraId="482363E5" w14:textId="77777777" w:rsidR="00743550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偶尔尝试（每月不足</w:t>
      </w:r>
      <w:r>
        <w:rPr>
          <w:rFonts w:cs="Times New Roman"/>
        </w:rPr>
        <w:t>1</w:t>
      </w:r>
      <w:r>
        <w:rPr>
          <w:rFonts w:cs="Times New Roman"/>
        </w:rPr>
        <w:t>次）</w:t>
      </w:r>
    </w:p>
    <w:p w14:paraId="10BC3271" w14:textId="77777777" w:rsidR="00743550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每月使用</w:t>
      </w:r>
    </w:p>
    <w:p w14:paraId="1EE7E242" w14:textId="77777777" w:rsidR="00743550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每周使用</w:t>
      </w:r>
    </w:p>
    <w:p w14:paraId="40DFC336" w14:textId="77777777" w:rsidR="00743550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几乎每天使用</w:t>
      </w:r>
    </w:p>
    <w:p w14:paraId="6350C229" w14:textId="77777777" w:rsidR="00743550" w:rsidRDefault="00000000">
      <w:pPr>
        <w:spacing w:before="120" w:after="40" w:line="540" w:lineRule="exact"/>
      </w:pPr>
      <w:r>
        <w:rPr>
          <w:rFonts w:cs="Times New Roman"/>
          <w:sz w:val="30"/>
        </w:rPr>
        <w:t>9.</w:t>
      </w:r>
      <w:r>
        <w:rPr>
          <w:rFonts w:cs="Times New Roman"/>
          <w:sz w:val="30"/>
        </w:rPr>
        <w:t>您使用或接触过以下哪些智能体（可多选）［多选题］</w:t>
      </w:r>
      <w:r>
        <w:rPr>
          <w:rFonts w:cs="Times New Roman"/>
          <w:sz w:val="30"/>
        </w:rPr>
        <w:t xml:space="preserve"> *</w:t>
      </w:r>
    </w:p>
    <w:p w14:paraId="2C358D0A" w14:textId="77777777" w:rsidR="00743550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未使用</w:t>
      </w:r>
    </w:p>
    <w:p w14:paraId="1D7092ED" w14:textId="77777777" w:rsidR="00743550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通用</w:t>
      </w:r>
      <w:r>
        <w:rPr>
          <w:rFonts w:cs="Times New Roman"/>
        </w:rPr>
        <w:t>AI</w:t>
      </w:r>
      <w:r>
        <w:rPr>
          <w:rFonts w:cs="Times New Roman"/>
        </w:rPr>
        <w:t>助手（豆包、</w:t>
      </w:r>
      <w:r>
        <w:rPr>
          <w:rFonts w:cs="Times New Roman"/>
        </w:rPr>
        <w:t>DeepSeek</w:t>
      </w:r>
      <w:r>
        <w:rPr>
          <w:rFonts w:cs="Times New Roman"/>
        </w:rPr>
        <w:t>、文心一言、</w:t>
      </w:r>
      <w:r>
        <w:rPr>
          <w:rFonts w:cs="Times New Roman"/>
        </w:rPr>
        <w:t>Kimi</w:t>
      </w:r>
      <w:r>
        <w:rPr>
          <w:rFonts w:cs="Times New Roman"/>
        </w:rPr>
        <w:t>、腾讯元宝等）</w:t>
      </w:r>
    </w:p>
    <w:p w14:paraId="02C13CDB" w14:textId="77777777" w:rsidR="00743550" w:rsidRDefault="00000000">
      <w:pPr>
        <w:spacing w:after="20" w:line="520" w:lineRule="exact"/>
      </w:pPr>
      <w:r>
        <w:rPr>
          <w:rFonts w:cs="Times New Roman"/>
        </w:rPr>
        <w:lastRenderedPageBreak/>
        <w:t xml:space="preserve">□ </w:t>
      </w:r>
      <w:r>
        <w:rPr>
          <w:rFonts w:cs="Times New Roman"/>
        </w:rPr>
        <w:t>智能体搭建平台作品（扣子</w:t>
      </w:r>
      <w:r>
        <w:rPr>
          <w:rFonts w:cs="Times New Roman"/>
        </w:rPr>
        <w:t>/Coze</w:t>
      </w:r>
      <w:r>
        <w:rPr>
          <w:rFonts w:cs="Times New Roman"/>
        </w:rPr>
        <w:t>、文心智能体、通义智能体、腾讯元器、智谱清言智能体等）</w:t>
      </w:r>
    </w:p>
    <w:p w14:paraId="4A485E39" w14:textId="77777777" w:rsidR="00743550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学校或企业提供的专用教学智能体</w:t>
      </w:r>
    </w:p>
    <w:p w14:paraId="5553812E" w14:textId="77777777" w:rsidR="00743550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接入课程知识库的课程答疑智能体</w:t>
      </w:r>
    </w:p>
    <w:p w14:paraId="7F8FB5B2" w14:textId="77777777" w:rsidR="00743550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编程与数据处理类智能体（代码助手、数据分析助手）</w:t>
      </w:r>
    </w:p>
    <w:p w14:paraId="473A74C2" w14:textId="77777777" w:rsidR="00743550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其他（请注明）</w:t>
      </w:r>
    </w:p>
    <w:p w14:paraId="289E2380" w14:textId="77777777" w:rsidR="00743550" w:rsidRDefault="00000000">
      <w:pPr>
        <w:spacing w:before="120" w:after="40" w:line="540" w:lineRule="exact"/>
      </w:pPr>
      <w:r>
        <w:rPr>
          <w:rFonts w:cs="Times New Roman"/>
          <w:sz w:val="30"/>
        </w:rPr>
        <w:t>10.</w:t>
      </w:r>
      <w:r>
        <w:rPr>
          <w:rFonts w:cs="Times New Roman"/>
          <w:sz w:val="30"/>
        </w:rPr>
        <w:t>您主要在以下哪些环节使用智能体（可多选）［多选题］</w:t>
      </w:r>
      <w:r>
        <w:rPr>
          <w:rFonts w:cs="Times New Roman"/>
          <w:sz w:val="30"/>
        </w:rPr>
        <w:t xml:space="preserve"> *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422"/>
        <w:gridCol w:w="4422"/>
      </w:tblGrid>
      <w:tr w:rsidR="00743550" w14:paraId="29160918" w14:textId="77777777">
        <w:trPr>
          <w:jc w:val="center"/>
        </w:trPr>
        <w:tc>
          <w:tcPr>
            <w:tcW w:w="4422" w:type="dxa"/>
          </w:tcPr>
          <w:p w14:paraId="55C4A3FD" w14:textId="77777777" w:rsidR="00743550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未使用</w:t>
            </w:r>
          </w:p>
        </w:tc>
        <w:tc>
          <w:tcPr>
            <w:tcW w:w="4422" w:type="dxa"/>
          </w:tcPr>
          <w:p w14:paraId="73D40D7A" w14:textId="77777777" w:rsidR="00743550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学情分析（学习数据分析与预警）</w:t>
            </w:r>
          </w:p>
        </w:tc>
      </w:tr>
      <w:tr w:rsidR="00743550" w14:paraId="2B5997B3" w14:textId="77777777">
        <w:trPr>
          <w:jc w:val="center"/>
        </w:trPr>
        <w:tc>
          <w:tcPr>
            <w:tcW w:w="4422" w:type="dxa"/>
          </w:tcPr>
          <w:p w14:paraId="4D67964A" w14:textId="77777777" w:rsidR="00743550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教学准备（教案、课件、试题、情境素材）</w:t>
            </w:r>
          </w:p>
        </w:tc>
        <w:tc>
          <w:tcPr>
            <w:tcW w:w="4422" w:type="dxa"/>
          </w:tcPr>
          <w:p w14:paraId="19FD740B" w14:textId="77777777" w:rsidR="00743550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课程与资源建设（岗位能力梳理、课程内容重构、数字教材开发）</w:t>
            </w:r>
          </w:p>
        </w:tc>
      </w:tr>
      <w:tr w:rsidR="00743550" w14:paraId="3203DDEF" w14:textId="77777777">
        <w:trPr>
          <w:jc w:val="center"/>
        </w:trPr>
        <w:tc>
          <w:tcPr>
            <w:tcW w:w="4422" w:type="dxa"/>
          </w:tcPr>
          <w:p w14:paraId="271D6F5E" w14:textId="77777777" w:rsidR="00743550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课堂教学（虚拟助教、课堂互动、实时答疑）</w:t>
            </w:r>
          </w:p>
        </w:tc>
        <w:tc>
          <w:tcPr>
            <w:tcW w:w="4422" w:type="dxa"/>
          </w:tcPr>
          <w:p w14:paraId="2F462B9C" w14:textId="77777777" w:rsidR="00743550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科研与教研（文献研读、数据处理、论文润色、课题申报）</w:t>
            </w:r>
          </w:p>
        </w:tc>
      </w:tr>
      <w:tr w:rsidR="00743550" w14:paraId="7FBE4F1E" w14:textId="77777777">
        <w:trPr>
          <w:jc w:val="center"/>
        </w:trPr>
        <w:tc>
          <w:tcPr>
            <w:tcW w:w="4422" w:type="dxa"/>
          </w:tcPr>
          <w:p w14:paraId="5965E0A1" w14:textId="77777777" w:rsidR="00743550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作业与评价（批改、个性化反馈、学习画像）</w:t>
            </w:r>
          </w:p>
        </w:tc>
        <w:tc>
          <w:tcPr>
            <w:tcW w:w="4422" w:type="dxa"/>
          </w:tcPr>
          <w:p w14:paraId="34677348" w14:textId="77777777" w:rsidR="00743550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校企合作（产业动态追踪、企业培训课程开发）</w:t>
            </w:r>
          </w:p>
        </w:tc>
      </w:tr>
      <w:tr w:rsidR="00743550" w14:paraId="71CABEE4" w14:textId="77777777">
        <w:trPr>
          <w:jc w:val="center"/>
        </w:trPr>
        <w:tc>
          <w:tcPr>
            <w:tcW w:w="4422" w:type="dxa"/>
          </w:tcPr>
          <w:p w14:paraId="42EE3A6B" w14:textId="77777777" w:rsidR="00743550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实训指导（操作示范、故障排查、任务陪伴）</w:t>
            </w:r>
          </w:p>
        </w:tc>
        <w:tc>
          <w:tcPr>
            <w:tcW w:w="4422" w:type="dxa"/>
          </w:tcPr>
          <w:p w14:paraId="4843F2E9" w14:textId="77777777" w:rsidR="00743550" w:rsidRDefault="00000000">
            <w:pPr>
              <w:spacing w:line="520" w:lineRule="exact"/>
            </w:pPr>
            <w:r>
              <w:rPr>
                <w:rFonts w:cs="Times New Roman"/>
              </w:rPr>
              <w:t xml:space="preserve">□ </w:t>
            </w:r>
            <w:r>
              <w:rPr>
                <w:rFonts w:cs="Times New Roman"/>
              </w:rPr>
              <w:t>其他（请注明）</w:t>
            </w:r>
          </w:p>
        </w:tc>
      </w:tr>
    </w:tbl>
    <w:p w14:paraId="0A0A2066" w14:textId="77777777" w:rsidR="00743550" w:rsidRDefault="00000000">
      <w:pPr>
        <w:spacing w:before="120" w:after="40" w:line="540" w:lineRule="exact"/>
      </w:pPr>
      <w:r>
        <w:rPr>
          <w:rFonts w:cs="Times New Roman"/>
          <w:sz w:val="30"/>
        </w:rPr>
        <w:t>11.</w:t>
      </w:r>
      <w:r>
        <w:rPr>
          <w:rFonts w:cs="Times New Roman"/>
          <w:sz w:val="30"/>
        </w:rPr>
        <w:t>您认为自己在开发和配置智能体方面的能力处于［单选题］</w:t>
      </w:r>
      <w:r>
        <w:rPr>
          <w:rFonts w:cs="Times New Roman"/>
          <w:sz w:val="30"/>
        </w:rPr>
        <w:t xml:space="preserve"> *</w:t>
      </w:r>
    </w:p>
    <w:p w14:paraId="4189AE5D" w14:textId="77777777" w:rsidR="00743550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完全不会，只能使用他人做好的智能体</w:t>
      </w:r>
    </w:p>
    <w:p w14:paraId="59F3004C" w14:textId="77777777" w:rsidR="00743550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能修改提示词、补充知识库，简单调整他人智能体</w:t>
      </w:r>
    </w:p>
    <w:p w14:paraId="5A5F4DA2" w14:textId="77777777" w:rsidR="00743550" w:rsidRDefault="00000000">
      <w:pPr>
        <w:spacing w:after="20" w:line="520" w:lineRule="exact"/>
      </w:pPr>
      <w:r>
        <w:rPr>
          <w:rFonts w:cs="Times New Roman"/>
        </w:rPr>
        <w:lastRenderedPageBreak/>
        <w:t xml:space="preserve">□ </w:t>
      </w:r>
      <w:r>
        <w:rPr>
          <w:rFonts w:cs="Times New Roman"/>
        </w:rPr>
        <w:t>能基于平台独立搭建面向教学场景的智能体（选模板、写提示词、传知识库、配工作流）</w:t>
      </w:r>
    </w:p>
    <w:p w14:paraId="15321A85" w14:textId="77777777" w:rsidR="00743550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能开发多智能体协作或对接学校业务系统的复杂智能体</w:t>
      </w:r>
    </w:p>
    <w:p w14:paraId="3E300B8D" w14:textId="77777777" w:rsidR="00743550" w:rsidRDefault="00000000">
      <w:pPr>
        <w:spacing w:before="200" w:after="40"/>
      </w:pPr>
      <w:r>
        <w:rPr>
          <w:rFonts w:eastAsia="黑体" w:cs="Times New Roman"/>
          <w:sz w:val="30"/>
        </w:rPr>
        <w:t>四、态度与需求</w:t>
      </w:r>
    </w:p>
    <w:p w14:paraId="5437F2A5" w14:textId="77777777" w:rsidR="00743550" w:rsidRDefault="00000000">
      <w:pPr>
        <w:spacing w:before="120" w:after="40" w:line="540" w:lineRule="exact"/>
      </w:pPr>
      <w:r>
        <w:rPr>
          <w:rFonts w:cs="Times New Roman"/>
          <w:sz w:val="30"/>
        </w:rPr>
        <w:t>12.</w:t>
      </w:r>
      <w:r>
        <w:rPr>
          <w:rFonts w:cs="Times New Roman"/>
          <w:sz w:val="30"/>
        </w:rPr>
        <w:t>请评价智能体对您工作可能产生的影响［矩阵单选题］</w:t>
      </w:r>
      <w:r>
        <w:rPr>
          <w:rFonts w:cs="Times New Roman"/>
          <w:sz w:val="30"/>
        </w:rPr>
        <w:t xml:space="preserve"> *</w:t>
      </w:r>
    </w:p>
    <w:tbl>
      <w:tblPr>
        <w:tblStyle w:val="aff1"/>
        <w:tblW w:w="0" w:type="auto"/>
        <w:jc w:val="center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3175"/>
        <w:gridCol w:w="1157"/>
        <w:gridCol w:w="1157"/>
        <w:gridCol w:w="1157"/>
        <w:gridCol w:w="1157"/>
        <w:gridCol w:w="1157"/>
      </w:tblGrid>
      <w:tr w:rsidR="00743550" w14:paraId="0E26148A" w14:textId="77777777">
        <w:trPr>
          <w:jc w:val="center"/>
        </w:trPr>
        <w:tc>
          <w:tcPr>
            <w:tcW w:w="3175" w:type="dxa"/>
          </w:tcPr>
          <w:p w14:paraId="0164764B" w14:textId="77777777" w:rsidR="00743550" w:rsidRDefault="00743550"/>
        </w:tc>
        <w:tc>
          <w:tcPr>
            <w:tcW w:w="1157" w:type="dxa"/>
            <w:shd w:val="clear" w:color="auto" w:fill="F2F5FA"/>
          </w:tcPr>
          <w:p w14:paraId="061AC044" w14:textId="77777777" w:rsidR="00743550" w:rsidRDefault="00000000">
            <w:pPr>
              <w:spacing w:line="360" w:lineRule="exact"/>
              <w:jc w:val="center"/>
            </w:pPr>
            <w:r>
              <w:rPr>
                <w:rFonts w:eastAsia="黑体" w:cs="Times New Roman"/>
                <w:sz w:val="21"/>
              </w:rPr>
              <w:t>非常不同意</w:t>
            </w:r>
          </w:p>
        </w:tc>
        <w:tc>
          <w:tcPr>
            <w:tcW w:w="1157" w:type="dxa"/>
            <w:shd w:val="clear" w:color="auto" w:fill="F2F5FA"/>
          </w:tcPr>
          <w:p w14:paraId="4B4E99D7" w14:textId="77777777" w:rsidR="00743550" w:rsidRDefault="00000000">
            <w:pPr>
              <w:spacing w:line="360" w:lineRule="exact"/>
              <w:jc w:val="center"/>
            </w:pPr>
            <w:r>
              <w:rPr>
                <w:rFonts w:eastAsia="黑体" w:cs="Times New Roman"/>
                <w:sz w:val="21"/>
              </w:rPr>
              <w:t>不太同意</w:t>
            </w:r>
          </w:p>
        </w:tc>
        <w:tc>
          <w:tcPr>
            <w:tcW w:w="1157" w:type="dxa"/>
            <w:shd w:val="clear" w:color="auto" w:fill="F2F5FA"/>
          </w:tcPr>
          <w:p w14:paraId="2170A7BB" w14:textId="77777777" w:rsidR="00743550" w:rsidRDefault="00000000">
            <w:pPr>
              <w:spacing w:line="360" w:lineRule="exact"/>
              <w:jc w:val="center"/>
            </w:pPr>
            <w:r>
              <w:rPr>
                <w:rFonts w:eastAsia="黑体" w:cs="Times New Roman"/>
                <w:sz w:val="21"/>
              </w:rPr>
              <w:t>一般</w:t>
            </w:r>
          </w:p>
        </w:tc>
        <w:tc>
          <w:tcPr>
            <w:tcW w:w="1157" w:type="dxa"/>
            <w:shd w:val="clear" w:color="auto" w:fill="F2F5FA"/>
          </w:tcPr>
          <w:p w14:paraId="79DF6442" w14:textId="77777777" w:rsidR="00743550" w:rsidRDefault="00000000">
            <w:pPr>
              <w:spacing w:line="360" w:lineRule="exact"/>
              <w:jc w:val="center"/>
            </w:pPr>
            <w:r>
              <w:rPr>
                <w:rFonts w:eastAsia="黑体" w:cs="Times New Roman"/>
                <w:sz w:val="21"/>
              </w:rPr>
              <w:t>比较同意</w:t>
            </w:r>
          </w:p>
        </w:tc>
        <w:tc>
          <w:tcPr>
            <w:tcW w:w="1157" w:type="dxa"/>
            <w:shd w:val="clear" w:color="auto" w:fill="F2F5FA"/>
          </w:tcPr>
          <w:p w14:paraId="0A162214" w14:textId="77777777" w:rsidR="00743550" w:rsidRDefault="00000000">
            <w:pPr>
              <w:spacing w:line="360" w:lineRule="exact"/>
              <w:jc w:val="center"/>
            </w:pPr>
            <w:r>
              <w:rPr>
                <w:rFonts w:eastAsia="黑体" w:cs="Times New Roman"/>
                <w:sz w:val="21"/>
              </w:rPr>
              <w:t>非常同意</w:t>
            </w:r>
          </w:p>
        </w:tc>
      </w:tr>
      <w:tr w:rsidR="00743550" w14:paraId="0C61DABD" w14:textId="77777777">
        <w:trPr>
          <w:jc w:val="center"/>
        </w:trPr>
        <w:tc>
          <w:tcPr>
            <w:tcW w:w="3175" w:type="dxa"/>
          </w:tcPr>
          <w:p w14:paraId="65EE993E" w14:textId="77777777" w:rsidR="00743550" w:rsidRDefault="00000000">
            <w:pPr>
              <w:spacing w:line="380" w:lineRule="exact"/>
            </w:pPr>
            <w:r>
              <w:rPr>
                <w:rFonts w:cs="Times New Roman"/>
                <w:sz w:val="22"/>
              </w:rPr>
              <w:t>能减轻我的重复性事务负担</w:t>
            </w:r>
          </w:p>
        </w:tc>
        <w:tc>
          <w:tcPr>
            <w:tcW w:w="1157" w:type="dxa"/>
          </w:tcPr>
          <w:p w14:paraId="0D79D8B0" w14:textId="77777777" w:rsidR="00743550" w:rsidRDefault="00000000">
            <w:pPr>
              <w:spacing w:line="380" w:lineRule="exact"/>
              <w:jc w:val="center"/>
            </w:pPr>
            <w:r>
              <w:rPr>
                <w:rFonts w:cs="Times New Roman"/>
                <w:sz w:val="24"/>
              </w:rPr>
              <w:t>○</w:t>
            </w:r>
          </w:p>
        </w:tc>
        <w:tc>
          <w:tcPr>
            <w:tcW w:w="1157" w:type="dxa"/>
          </w:tcPr>
          <w:p w14:paraId="167A8067" w14:textId="77777777" w:rsidR="00743550" w:rsidRDefault="00000000">
            <w:pPr>
              <w:spacing w:line="380" w:lineRule="exact"/>
              <w:jc w:val="center"/>
            </w:pPr>
            <w:r>
              <w:rPr>
                <w:rFonts w:cs="Times New Roman"/>
                <w:sz w:val="24"/>
              </w:rPr>
              <w:t>○</w:t>
            </w:r>
          </w:p>
        </w:tc>
        <w:tc>
          <w:tcPr>
            <w:tcW w:w="1157" w:type="dxa"/>
          </w:tcPr>
          <w:p w14:paraId="749CA630" w14:textId="77777777" w:rsidR="00743550" w:rsidRDefault="00000000">
            <w:pPr>
              <w:spacing w:line="380" w:lineRule="exact"/>
              <w:jc w:val="center"/>
            </w:pPr>
            <w:r>
              <w:rPr>
                <w:rFonts w:cs="Times New Roman"/>
                <w:sz w:val="24"/>
              </w:rPr>
              <w:t>○</w:t>
            </w:r>
          </w:p>
        </w:tc>
        <w:tc>
          <w:tcPr>
            <w:tcW w:w="1157" w:type="dxa"/>
          </w:tcPr>
          <w:p w14:paraId="38A0772C" w14:textId="77777777" w:rsidR="00743550" w:rsidRDefault="00000000">
            <w:pPr>
              <w:spacing w:line="380" w:lineRule="exact"/>
              <w:jc w:val="center"/>
            </w:pPr>
            <w:r>
              <w:rPr>
                <w:rFonts w:cs="Times New Roman"/>
                <w:sz w:val="24"/>
              </w:rPr>
              <w:t>○</w:t>
            </w:r>
          </w:p>
        </w:tc>
        <w:tc>
          <w:tcPr>
            <w:tcW w:w="1157" w:type="dxa"/>
          </w:tcPr>
          <w:p w14:paraId="7F08B703" w14:textId="77777777" w:rsidR="00743550" w:rsidRDefault="00000000">
            <w:pPr>
              <w:spacing w:line="380" w:lineRule="exact"/>
              <w:jc w:val="center"/>
            </w:pPr>
            <w:r>
              <w:rPr>
                <w:rFonts w:cs="Times New Roman"/>
                <w:sz w:val="24"/>
              </w:rPr>
              <w:t>○</w:t>
            </w:r>
          </w:p>
        </w:tc>
      </w:tr>
      <w:tr w:rsidR="00743550" w14:paraId="31A28A4F" w14:textId="77777777">
        <w:trPr>
          <w:jc w:val="center"/>
        </w:trPr>
        <w:tc>
          <w:tcPr>
            <w:tcW w:w="3175" w:type="dxa"/>
          </w:tcPr>
          <w:p w14:paraId="211146D3" w14:textId="77777777" w:rsidR="00743550" w:rsidRDefault="00000000">
            <w:pPr>
              <w:spacing w:line="380" w:lineRule="exact"/>
            </w:pPr>
            <w:r>
              <w:rPr>
                <w:rFonts w:cs="Times New Roman"/>
                <w:sz w:val="22"/>
              </w:rPr>
              <w:t>能提升我的备课与资源开发效率</w:t>
            </w:r>
          </w:p>
        </w:tc>
        <w:tc>
          <w:tcPr>
            <w:tcW w:w="1157" w:type="dxa"/>
          </w:tcPr>
          <w:p w14:paraId="2ED6CF0A" w14:textId="77777777" w:rsidR="00743550" w:rsidRDefault="00000000">
            <w:pPr>
              <w:spacing w:line="380" w:lineRule="exact"/>
              <w:jc w:val="center"/>
            </w:pPr>
            <w:r>
              <w:rPr>
                <w:rFonts w:cs="Times New Roman"/>
                <w:sz w:val="24"/>
              </w:rPr>
              <w:t>○</w:t>
            </w:r>
          </w:p>
        </w:tc>
        <w:tc>
          <w:tcPr>
            <w:tcW w:w="1157" w:type="dxa"/>
          </w:tcPr>
          <w:p w14:paraId="01D189EE" w14:textId="77777777" w:rsidR="00743550" w:rsidRDefault="00000000">
            <w:pPr>
              <w:spacing w:line="380" w:lineRule="exact"/>
              <w:jc w:val="center"/>
            </w:pPr>
            <w:r>
              <w:rPr>
                <w:rFonts w:cs="Times New Roman"/>
                <w:sz w:val="24"/>
              </w:rPr>
              <w:t>○</w:t>
            </w:r>
          </w:p>
        </w:tc>
        <w:tc>
          <w:tcPr>
            <w:tcW w:w="1157" w:type="dxa"/>
          </w:tcPr>
          <w:p w14:paraId="5EA51406" w14:textId="77777777" w:rsidR="00743550" w:rsidRDefault="00000000">
            <w:pPr>
              <w:spacing w:line="380" w:lineRule="exact"/>
              <w:jc w:val="center"/>
            </w:pPr>
            <w:r>
              <w:rPr>
                <w:rFonts w:cs="Times New Roman"/>
                <w:sz w:val="24"/>
              </w:rPr>
              <w:t>○</w:t>
            </w:r>
          </w:p>
        </w:tc>
        <w:tc>
          <w:tcPr>
            <w:tcW w:w="1157" w:type="dxa"/>
          </w:tcPr>
          <w:p w14:paraId="7DFE1C98" w14:textId="77777777" w:rsidR="00743550" w:rsidRDefault="00000000">
            <w:pPr>
              <w:spacing w:line="380" w:lineRule="exact"/>
              <w:jc w:val="center"/>
            </w:pPr>
            <w:r>
              <w:rPr>
                <w:rFonts w:cs="Times New Roman"/>
                <w:sz w:val="24"/>
              </w:rPr>
              <w:t>○</w:t>
            </w:r>
          </w:p>
        </w:tc>
        <w:tc>
          <w:tcPr>
            <w:tcW w:w="1157" w:type="dxa"/>
          </w:tcPr>
          <w:p w14:paraId="189BF213" w14:textId="77777777" w:rsidR="00743550" w:rsidRDefault="00000000">
            <w:pPr>
              <w:spacing w:line="380" w:lineRule="exact"/>
              <w:jc w:val="center"/>
            </w:pPr>
            <w:r>
              <w:rPr>
                <w:rFonts w:cs="Times New Roman"/>
                <w:sz w:val="24"/>
              </w:rPr>
              <w:t>○</w:t>
            </w:r>
          </w:p>
        </w:tc>
      </w:tr>
      <w:tr w:rsidR="00743550" w14:paraId="46957FFC" w14:textId="77777777">
        <w:trPr>
          <w:jc w:val="center"/>
        </w:trPr>
        <w:tc>
          <w:tcPr>
            <w:tcW w:w="3175" w:type="dxa"/>
          </w:tcPr>
          <w:p w14:paraId="43A0D682" w14:textId="77777777" w:rsidR="00743550" w:rsidRDefault="00000000">
            <w:pPr>
              <w:spacing w:line="380" w:lineRule="exact"/>
            </w:pPr>
            <w:r>
              <w:rPr>
                <w:rFonts w:cs="Times New Roman"/>
                <w:sz w:val="22"/>
              </w:rPr>
              <w:t>能支持个性化教学与精准辅导</w:t>
            </w:r>
          </w:p>
        </w:tc>
        <w:tc>
          <w:tcPr>
            <w:tcW w:w="1157" w:type="dxa"/>
          </w:tcPr>
          <w:p w14:paraId="0C5222F4" w14:textId="77777777" w:rsidR="00743550" w:rsidRDefault="00000000">
            <w:pPr>
              <w:spacing w:line="380" w:lineRule="exact"/>
              <w:jc w:val="center"/>
            </w:pPr>
            <w:r>
              <w:rPr>
                <w:rFonts w:cs="Times New Roman"/>
                <w:sz w:val="24"/>
              </w:rPr>
              <w:t>○</w:t>
            </w:r>
          </w:p>
        </w:tc>
        <w:tc>
          <w:tcPr>
            <w:tcW w:w="1157" w:type="dxa"/>
          </w:tcPr>
          <w:p w14:paraId="4613A96E" w14:textId="77777777" w:rsidR="00743550" w:rsidRDefault="00000000">
            <w:pPr>
              <w:spacing w:line="380" w:lineRule="exact"/>
              <w:jc w:val="center"/>
            </w:pPr>
            <w:r>
              <w:rPr>
                <w:rFonts w:cs="Times New Roman"/>
                <w:sz w:val="24"/>
              </w:rPr>
              <w:t>○</w:t>
            </w:r>
          </w:p>
        </w:tc>
        <w:tc>
          <w:tcPr>
            <w:tcW w:w="1157" w:type="dxa"/>
          </w:tcPr>
          <w:p w14:paraId="7B57C30A" w14:textId="77777777" w:rsidR="00743550" w:rsidRDefault="00000000">
            <w:pPr>
              <w:spacing w:line="380" w:lineRule="exact"/>
              <w:jc w:val="center"/>
            </w:pPr>
            <w:r>
              <w:rPr>
                <w:rFonts w:cs="Times New Roman"/>
                <w:sz w:val="24"/>
              </w:rPr>
              <w:t>○</w:t>
            </w:r>
          </w:p>
        </w:tc>
        <w:tc>
          <w:tcPr>
            <w:tcW w:w="1157" w:type="dxa"/>
          </w:tcPr>
          <w:p w14:paraId="70E24DEA" w14:textId="77777777" w:rsidR="00743550" w:rsidRDefault="00000000">
            <w:pPr>
              <w:spacing w:line="380" w:lineRule="exact"/>
              <w:jc w:val="center"/>
            </w:pPr>
            <w:r>
              <w:rPr>
                <w:rFonts w:cs="Times New Roman"/>
                <w:sz w:val="24"/>
              </w:rPr>
              <w:t>○</w:t>
            </w:r>
          </w:p>
        </w:tc>
        <w:tc>
          <w:tcPr>
            <w:tcW w:w="1157" w:type="dxa"/>
          </w:tcPr>
          <w:p w14:paraId="34D410CE" w14:textId="77777777" w:rsidR="00743550" w:rsidRDefault="00000000">
            <w:pPr>
              <w:spacing w:line="380" w:lineRule="exact"/>
              <w:jc w:val="center"/>
            </w:pPr>
            <w:r>
              <w:rPr>
                <w:rFonts w:cs="Times New Roman"/>
                <w:sz w:val="24"/>
              </w:rPr>
              <w:t>○</w:t>
            </w:r>
          </w:p>
        </w:tc>
      </w:tr>
      <w:tr w:rsidR="00743550" w14:paraId="58684309" w14:textId="77777777">
        <w:trPr>
          <w:jc w:val="center"/>
        </w:trPr>
        <w:tc>
          <w:tcPr>
            <w:tcW w:w="3175" w:type="dxa"/>
          </w:tcPr>
          <w:p w14:paraId="705BB585" w14:textId="77777777" w:rsidR="00743550" w:rsidRDefault="00000000">
            <w:pPr>
              <w:spacing w:line="380" w:lineRule="exact"/>
            </w:pPr>
            <w:r>
              <w:rPr>
                <w:rFonts w:cs="Times New Roman"/>
                <w:sz w:val="22"/>
              </w:rPr>
              <w:t>能提升学生参与度与学习效果</w:t>
            </w:r>
          </w:p>
        </w:tc>
        <w:tc>
          <w:tcPr>
            <w:tcW w:w="1157" w:type="dxa"/>
          </w:tcPr>
          <w:p w14:paraId="094F9A65" w14:textId="77777777" w:rsidR="00743550" w:rsidRDefault="00000000">
            <w:pPr>
              <w:spacing w:line="380" w:lineRule="exact"/>
              <w:jc w:val="center"/>
            </w:pPr>
            <w:r>
              <w:rPr>
                <w:rFonts w:cs="Times New Roman"/>
                <w:sz w:val="24"/>
              </w:rPr>
              <w:t>○</w:t>
            </w:r>
          </w:p>
        </w:tc>
        <w:tc>
          <w:tcPr>
            <w:tcW w:w="1157" w:type="dxa"/>
          </w:tcPr>
          <w:p w14:paraId="4DE2B788" w14:textId="77777777" w:rsidR="00743550" w:rsidRDefault="00000000">
            <w:pPr>
              <w:spacing w:line="380" w:lineRule="exact"/>
              <w:jc w:val="center"/>
            </w:pPr>
            <w:r>
              <w:rPr>
                <w:rFonts w:cs="Times New Roman"/>
                <w:sz w:val="24"/>
              </w:rPr>
              <w:t>○</w:t>
            </w:r>
          </w:p>
        </w:tc>
        <w:tc>
          <w:tcPr>
            <w:tcW w:w="1157" w:type="dxa"/>
          </w:tcPr>
          <w:p w14:paraId="0DA7C802" w14:textId="77777777" w:rsidR="00743550" w:rsidRDefault="00000000">
            <w:pPr>
              <w:spacing w:line="380" w:lineRule="exact"/>
              <w:jc w:val="center"/>
            </w:pPr>
            <w:r>
              <w:rPr>
                <w:rFonts w:cs="Times New Roman"/>
                <w:sz w:val="24"/>
              </w:rPr>
              <w:t>○</w:t>
            </w:r>
          </w:p>
        </w:tc>
        <w:tc>
          <w:tcPr>
            <w:tcW w:w="1157" w:type="dxa"/>
          </w:tcPr>
          <w:p w14:paraId="78B0A1E8" w14:textId="77777777" w:rsidR="00743550" w:rsidRDefault="00000000">
            <w:pPr>
              <w:spacing w:line="380" w:lineRule="exact"/>
              <w:jc w:val="center"/>
            </w:pPr>
            <w:r>
              <w:rPr>
                <w:rFonts w:cs="Times New Roman"/>
                <w:sz w:val="24"/>
              </w:rPr>
              <w:t>○</w:t>
            </w:r>
          </w:p>
        </w:tc>
        <w:tc>
          <w:tcPr>
            <w:tcW w:w="1157" w:type="dxa"/>
          </w:tcPr>
          <w:p w14:paraId="2B402F6D" w14:textId="77777777" w:rsidR="00743550" w:rsidRDefault="00000000">
            <w:pPr>
              <w:spacing w:line="380" w:lineRule="exact"/>
              <w:jc w:val="center"/>
            </w:pPr>
            <w:r>
              <w:rPr>
                <w:rFonts w:cs="Times New Roman"/>
                <w:sz w:val="24"/>
              </w:rPr>
              <w:t>○</w:t>
            </w:r>
          </w:p>
        </w:tc>
      </w:tr>
      <w:tr w:rsidR="00743550" w14:paraId="478157B8" w14:textId="77777777">
        <w:trPr>
          <w:jc w:val="center"/>
        </w:trPr>
        <w:tc>
          <w:tcPr>
            <w:tcW w:w="3175" w:type="dxa"/>
          </w:tcPr>
          <w:p w14:paraId="32E09353" w14:textId="77777777" w:rsidR="00743550" w:rsidRDefault="00000000">
            <w:pPr>
              <w:spacing w:line="380" w:lineRule="exact"/>
            </w:pPr>
            <w:r>
              <w:rPr>
                <w:rFonts w:cs="Times New Roman"/>
                <w:sz w:val="22"/>
              </w:rPr>
              <w:t>会增加我的学习与备课负担</w:t>
            </w:r>
          </w:p>
        </w:tc>
        <w:tc>
          <w:tcPr>
            <w:tcW w:w="1157" w:type="dxa"/>
          </w:tcPr>
          <w:p w14:paraId="6C80B5EF" w14:textId="77777777" w:rsidR="00743550" w:rsidRDefault="00000000">
            <w:pPr>
              <w:spacing w:line="380" w:lineRule="exact"/>
              <w:jc w:val="center"/>
            </w:pPr>
            <w:r>
              <w:rPr>
                <w:rFonts w:cs="Times New Roman"/>
                <w:sz w:val="24"/>
              </w:rPr>
              <w:t>○</w:t>
            </w:r>
          </w:p>
        </w:tc>
        <w:tc>
          <w:tcPr>
            <w:tcW w:w="1157" w:type="dxa"/>
          </w:tcPr>
          <w:p w14:paraId="20D08969" w14:textId="77777777" w:rsidR="00743550" w:rsidRDefault="00000000">
            <w:pPr>
              <w:spacing w:line="380" w:lineRule="exact"/>
              <w:jc w:val="center"/>
            </w:pPr>
            <w:r>
              <w:rPr>
                <w:rFonts w:cs="Times New Roman"/>
                <w:sz w:val="24"/>
              </w:rPr>
              <w:t>○</w:t>
            </w:r>
          </w:p>
        </w:tc>
        <w:tc>
          <w:tcPr>
            <w:tcW w:w="1157" w:type="dxa"/>
          </w:tcPr>
          <w:p w14:paraId="7B345716" w14:textId="77777777" w:rsidR="00743550" w:rsidRDefault="00000000">
            <w:pPr>
              <w:spacing w:line="380" w:lineRule="exact"/>
              <w:jc w:val="center"/>
            </w:pPr>
            <w:r>
              <w:rPr>
                <w:rFonts w:cs="Times New Roman"/>
                <w:sz w:val="24"/>
              </w:rPr>
              <w:t>○</w:t>
            </w:r>
          </w:p>
        </w:tc>
        <w:tc>
          <w:tcPr>
            <w:tcW w:w="1157" w:type="dxa"/>
          </w:tcPr>
          <w:p w14:paraId="21FDCDF2" w14:textId="77777777" w:rsidR="00743550" w:rsidRDefault="00000000">
            <w:pPr>
              <w:spacing w:line="380" w:lineRule="exact"/>
              <w:jc w:val="center"/>
            </w:pPr>
            <w:r>
              <w:rPr>
                <w:rFonts w:cs="Times New Roman"/>
                <w:sz w:val="24"/>
              </w:rPr>
              <w:t>○</w:t>
            </w:r>
          </w:p>
        </w:tc>
        <w:tc>
          <w:tcPr>
            <w:tcW w:w="1157" w:type="dxa"/>
          </w:tcPr>
          <w:p w14:paraId="20D28692" w14:textId="77777777" w:rsidR="00743550" w:rsidRDefault="00000000">
            <w:pPr>
              <w:spacing w:line="380" w:lineRule="exact"/>
              <w:jc w:val="center"/>
            </w:pPr>
            <w:r>
              <w:rPr>
                <w:rFonts w:cs="Times New Roman"/>
                <w:sz w:val="24"/>
              </w:rPr>
              <w:t>○</w:t>
            </w:r>
          </w:p>
        </w:tc>
      </w:tr>
      <w:tr w:rsidR="00743550" w14:paraId="7B658778" w14:textId="77777777">
        <w:trPr>
          <w:jc w:val="center"/>
        </w:trPr>
        <w:tc>
          <w:tcPr>
            <w:tcW w:w="3175" w:type="dxa"/>
          </w:tcPr>
          <w:p w14:paraId="480F0F07" w14:textId="77777777" w:rsidR="00743550" w:rsidRDefault="00000000">
            <w:pPr>
              <w:spacing w:line="380" w:lineRule="exact"/>
            </w:pPr>
            <w:r>
              <w:rPr>
                <w:rFonts w:cs="Times New Roman"/>
                <w:sz w:val="22"/>
              </w:rPr>
              <w:t>担心过度依赖会削弱师生的思维与创新能力</w:t>
            </w:r>
          </w:p>
        </w:tc>
        <w:tc>
          <w:tcPr>
            <w:tcW w:w="1157" w:type="dxa"/>
          </w:tcPr>
          <w:p w14:paraId="04C04993" w14:textId="77777777" w:rsidR="00743550" w:rsidRDefault="00000000">
            <w:pPr>
              <w:spacing w:line="380" w:lineRule="exact"/>
              <w:jc w:val="center"/>
            </w:pPr>
            <w:r>
              <w:rPr>
                <w:rFonts w:cs="Times New Roman"/>
                <w:sz w:val="24"/>
              </w:rPr>
              <w:t>○</w:t>
            </w:r>
          </w:p>
        </w:tc>
        <w:tc>
          <w:tcPr>
            <w:tcW w:w="1157" w:type="dxa"/>
          </w:tcPr>
          <w:p w14:paraId="5FD3518F" w14:textId="77777777" w:rsidR="00743550" w:rsidRDefault="00000000">
            <w:pPr>
              <w:spacing w:line="380" w:lineRule="exact"/>
              <w:jc w:val="center"/>
            </w:pPr>
            <w:r>
              <w:rPr>
                <w:rFonts w:cs="Times New Roman"/>
                <w:sz w:val="24"/>
              </w:rPr>
              <w:t>○</w:t>
            </w:r>
          </w:p>
        </w:tc>
        <w:tc>
          <w:tcPr>
            <w:tcW w:w="1157" w:type="dxa"/>
          </w:tcPr>
          <w:p w14:paraId="48ECCDE4" w14:textId="77777777" w:rsidR="00743550" w:rsidRDefault="00000000">
            <w:pPr>
              <w:spacing w:line="380" w:lineRule="exact"/>
              <w:jc w:val="center"/>
            </w:pPr>
            <w:r>
              <w:rPr>
                <w:rFonts w:cs="Times New Roman"/>
                <w:sz w:val="24"/>
              </w:rPr>
              <w:t>○</w:t>
            </w:r>
          </w:p>
        </w:tc>
        <w:tc>
          <w:tcPr>
            <w:tcW w:w="1157" w:type="dxa"/>
          </w:tcPr>
          <w:p w14:paraId="3FA36FBB" w14:textId="77777777" w:rsidR="00743550" w:rsidRDefault="00000000">
            <w:pPr>
              <w:spacing w:line="380" w:lineRule="exact"/>
              <w:jc w:val="center"/>
            </w:pPr>
            <w:r>
              <w:rPr>
                <w:rFonts w:cs="Times New Roman"/>
                <w:sz w:val="24"/>
              </w:rPr>
              <w:t>○</w:t>
            </w:r>
          </w:p>
        </w:tc>
        <w:tc>
          <w:tcPr>
            <w:tcW w:w="1157" w:type="dxa"/>
          </w:tcPr>
          <w:p w14:paraId="7C0232D8" w14:textId="77777777" w:rsidR="00743550" w:rsidRDefault="00000000">
            <w:pPr>
              <w:spacing w:line="380" w:lineRule="exact"/>
              <w:jc w:val="center"/>
            </w:pPr>
            <w:r>
              <w:rPr>
                <w:rFonts w:cs="Times New Roman"/>
                <w:sz w:val="24"/>
              </w:rPr>
              <w:t>○</w:t>
            </w:r>
          </w:p>
        </w:tc>
      </w:tr>
    </w:tbl>
    <w:p w14:paraId="010B024E" w14:textId="77777777" w:rsidR="00743550" w:rsidRDefault="00000000">
      <w:pPr>
        <w:spacing w:before="120" w:after="40" w:line="540" w:lineRule="exact"/>
      </w:pPr>
      <w:r>
        <w:rPr>
          <w:rFonts w:cs="Times New Roman"/>
          <w:sz w:val="30"/>
        </w:rPr>
        <w:t>13.</w:t>
      </w:r>
      <w:r>
        <w:rPr>
          <w:rFonts w:cs="Times New Roman"/>
          <w:sz w:val="30"/>
        </w:rPr>
        <w:t>您在使用智能体时最需要的支持或资源是（可多选）［多选题］</w:t>
      </w:r>
      <w:r>
        <w:rPr>
          <w:rFonts w:cs="Times New Roman"/>
          <w:sz w:val="30"/>
        </w:rPr>
        <w:t xml:space="preserve"> *</w:t>
      </w:r>
    </w:p>
    <w:p w14:paraId="1E64199E" w14:textId="77777777" w:rsidR="00743550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未使用</w:t>
      </w:r>
      <w:r>
        <w:rPr>
          <w:rFonts w:cs="Times New Roman"/>
        </w:rPr>
        <w:t>/</w:t>
      </w:r>
      <w:r>
        <w:rPr>
          <w:rFonts w:cs="Times New Roman"/>
        </w:rPr>
        <w:t>暂不需要</w:t>
      </w:r>
    </w:p>
    <w:p w14:paraId="01378D7B" w14:textId="77777777" w:rsidR="00743550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可直接使用的学科教学智能体模板</w:t>
      </w:r>
    </w:p>
    <w:p w14:paraId="4B3B66CF" w14:textId="77777777" w:rsidR="00743550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智能体搭建与提示词设计的实操培训</w:t>
      </w:r>
    </w:p>
    <w:p w14:paraId="40E40175" w14:textId="77777777" w:rsidR="00743550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校本知识库与优质教学数据</w:t>
      </w:r>
    </w:p>
    <w:p w14:paraId="0618C292" w14:textId="77777777" w:rsidR="00743550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算力与平台账号支持</w:t>
      </w:r>
    </w:p>
    <w:p w14:paraId="7EECFF13" w14:textId="77777777" w:rsidR="00743550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技术与运维人员支持</w:t>
      </w:r>
    </w:p>
    <w:p w14:paraId="65028A44" w14:textId="77777777" w:rsidR="00743550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使用规范、数据安全与伦理指引</w:t>
      </w:r>
    </w:p>
    <w:p w14:paraId="2D7F310A" w14:textId="77777777" w:rsidR="00743550" w:rsidRDefault="00000000">
      <w:pPr>
        <w:spacing w:after="20" w:line="520" w:lineRule="exact"/>
      </w:pPr>
      <w:r>
        <w:rPr>
          <w:rFonts w:cs="Times New Roman"/>
        </w:rPr>
        <w:lastRenderedPageBreak/>
        <w:t xml:space="preserve">□ </w:t>
      </w:r>
      <w:r>
        <w:rPr>
          <w:rFonts w:cs="Times New Roman"/>
        </w:rPr>
        <w:t>配套的激励与考核认可</w:t>
      </w:r>
    </w:p>
    <w:p w14:paraId="03891A6A" w14:textId="77777777" w:rsidR="00743550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其他（请注明）</w:t>
      </w:r>
    </w:p>
    <w:p w14:paraId="3DC6F673" w14:textId="77777777" w:rsidR="00743550" w:rsidRDefault="00000000">
      <w:pPr>
        <w:spacing w:before="120" w:after="40" w:line="540" w:lineRule="exact"/>
      </w:pPr>
      <w:r>
        <w:rPr>
          <w:rFonts w:cs="Times New Roman"/>
          <w:sz w:val="30"/>
        </w:rPr>
        <w:t>14.</w:t>
      </w:r>
      <w:r>
        <w:rPr>
          <w:rFonts w:cs="Times New Roman"/>
          <w:sz w:val="30"/>
        </w:rPr>
        <w:t>为更好地应用智能体，您最希望提升以下哪些能力（可多选）［多选题］</w:t>
      </w:r>
      <w:r>
        <w:rPr>
          <w:rFonts w:cs="Times New Roman"/>
          <w:sz w:val="30"/>
        </w:rPr>
        <w:t xml:space="preserve"> *</w:t>
      </w:r>
    </w:p>
    <w:p w14:paraId="14E97E7C" w14:textId="77777777" w:rsidR="00743550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提示词（</w:t>
      </w:r>
      <w:r>
        <w:rPr>
          <w:rFonts w:cs="Times New Roman"/>
        </w:rPr>
        <w:t>Prompt</w:t>
      </w:r>
      <w:r>
        <w:rPr>
          <w:rFonts w:cs="Times New Roman"/>
        </w:rPr>
        <w:t>）设计与优化能力</w:t>
      </w:r>
    </w:p>
    <w:p w14:paraId="5CA61351" w14:textId="77777777" w:rsidR="00743550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知识库构建与管理能力</w:t>
      </w:r>
    </w:p>
    <w:p w14:paraId="6A3FF413" w14:textId="77777777" w:rsidR="00743550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智能体搭建与工作流设计能力</w:t>
      </w:r>
    </w:p>
    <w:p w14:paraId="32835B17" w14:textId="77777777" w:rsidR="00743550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多智能体协作与工具调用能力</w:t>
      </w:r>
    </w:p>
    <w:p w14:paraId="744A4131" w14:textId="77777777" w:rsidR="00743550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智能体支持的教学设计与评价能力</w:t>
      </w:r>
    </w:p>
    <w:p w14:paraId="5FB3EBB6" w14:textId="77777777" w:rsidR="00743550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智能体支持的科研与教研能力</w:t>
      </w:r>
    </w:p>
    <w:p w14:paraId="14668926" w14:textId="77777777" w:rsidR="00743550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数据安全与伦理规范意识</w:t>
      </w:r>
    </w:p>
    <w:p w14:paraId="3CA83D17" w14:textId="77777777" w:rsidR="00743550" w:rsidRDefault="00000000">
      <w:pPr>
        <w:spacing w:after="20" w:line="520" w:lineRule="exact"/>
      </w:pPr>
      <w:r>
        <w:rPr>
          <w:rFonts w:cs="Times New Roman"/>
        </w:rPr>
        <w:t xml:space="preserve">□ </w:t>
      </w:r>
      <w:r>
        <w:rPr>
          <w:rFonts w:cs="Times New Roman"/>
        </w:rPr>
        <w:t>其他（请注明）</w:t>
      </w:r>
    </w:p>
    <w:p w14:paraId="1D3C5D5F" w14:textId="77777777" w:rsidR="00743550" w:rsidRDefault="00000000">
      <w:pPr>
        <w:spacing w:before="120" w:after="40" w:line="540" w:lineRule="exact"/>
      </w:pPr>
      <w:r>
        <w:rPr>
          <w:rFonts w:cs="Times New Roman"/>
          <w:sz w:val="30"/>
        </w:rPr>
        <w:t>15.</w:t>
      </w:r>
      <w:r>
        <w:rPr>
          <w:rFonts w:cs="Times New Roman"/>
          <w:sz w:val="30"/>
        </w:rPr>
        <w:t>请举一个您使用（或设想使用）智能体改进教学的具体例子，或提出您最希望学校提供的支持。［填空题］</w:t>
      </w:r>
    </w:p>
    <w:p w14:paraId="2FD6B9F6" w14:textId="77777777" w:rsidR="00743550" w:rsidRDefault="00000000">
      <w:r>
        <w:rPr>
          <w:rFonts w:cs="Times New Roman"/>
          <w:sz w:val="28"/>
        </w:rPr>
        <w:t>＿＿＿＿＿＿＿＿＿＿＿＿＿＿＿＿＿＿＿＿＿＿＿＿＿＿＿＿＿＿＿＿＿＿</w:t>
      </w:r>
    </w:p>
    <w:p w14:paraId="5BA8F1E6" w14:textId="77777777" w:rsidR="00743550" w:rsidRDefault="00000000">
      <w:r>
        <w:rPr>
          <w:rFonts w:cs="Times New Roman"/>
          <w:sz w:val="28"/>
        </w:rPr>
        <w:t>＿＿＿＿＿＿＿＿＿＿＿＿＿＿＿＿＿＿＿＿＿＿＿＿＿＿＿＿＿＿＿＿＿＿</w:t>
      </w:r>
    </w:p>
    <w:p w14:paraId="7B54F518" w14:textId="77777777" w:rsidR="00743550" w:rsidRDefault="00000000">
      <w:r>
        <w:rPr>
          <w:rFonts w:cs="Times New Roman"/>
          <w:sz w:val="28"/>
        </w:rPr>
        <w:t>＿＿＿＿＿＿＿＿＿＿＿＿＿＿＿＿＿＿＿＿＿＿＿＿＿＿＿＿＿＿＿＿＿＿</w:t>
      </w:r>
    </w:p>
    <w:p w14:paraId="054B932E" w14:textId="77777777" w:rsidR="00743550" w:rsidRDefault="00743550">
      <w:pPr>
        <w:spacing w:line="400" w:lineRule="exact"/>
      </w:pPr>
    </w:p>
    <w:p w14:paraId="3F5A101F" w14:textId="77777777" w:rsidR="00743550" w:rsidRDefault="00000000">
      <w:pPr>
        <w:spacing w:line="520" w:lineRule="exact"/>
        <w:jc w:val="center"/>
      </w:pPr>
      <w:r>
        <w:rPr>
          <w:rFonts w:eastAsia="楷体" w:cs="Times New Roman"/>
          <w:sz w:val="28"/>
        </w:rPr>
        <w:t>——</w:t>
      </w:r>
      <w:r>
        <w:rPr>
          <w:rFonts w:eastAsia="楷体" w:cs="Times New Roman"/>
          <w:sz w:val="28"/>
        </w:rPr>
        <w:t>问卷结束，感谢您的支持与配合！</w:t>
      </w:r>
      <w:r>
        <w:rPr>
          <w:rFonts w:eastAsia="楷体" w:cs="Times New Roman"/>
          <w:sz w:val="28"/>
        </w:rPr>
        <w:t>——</w:t>
      </w:r>
    </w:p>
    <w:sectPr w:rsidR="00743550" w:rsidSect="00034616">
      <w:footerReference w:type="default" r:id="rId8"/>
      <w:pgSz w:w="12240" w:h="15840"/>
      <w:pgMar w:top="1814" w:right="1474" w:bottom="1701" w:left="147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582BE" w14:textId="77777777" w:rsidR="002C1F15" w:rsidRDefault="002C1F15">
      <w:pPr>
        <w:spacing w:line="240" w:lineRule="auto"/>
      </w:pPr>
      <w:r>
        <w:separator/>
      </w:r>
    </w:p>
  </w:endnote>
  <w:endnote w:type="continuationSeparator" w:id="0">
    <w:p w14:paraId="1116E1B0" w14:textId="77777777" w:rsidR="002C1F15" w:rsidRDefault="002C1F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22FB9" w14:textId="77777777" w:rsidR="00743550" w:rsidRDefault="00000000">
    <w:pPr>
      <w:pStyle w:val="a7"/>
      <w:jc w:val="center"/>
    </w:pPr>
    <w:r>
      <w:rPr>
        <w:rFonts w:eastAsia="宋体" w:cs="Times New Roman"/>
        <w:sz w:val="28"/>
      </w:rPr>
      <w:fldChar w:fldCharType="begin"/>
    </w:r>
    <w:r>
      <w:rPr>
        <w:rFonts w:eastAsia="宋体" w:cs="Times New Roman"/>
        <w:sz w:val="28"/>
      </w:rPr>
      <w:instrText>PAGE</w:instrText>
    </w:r>
    <w:r w:rsidR="00231BF4">
      <w:rPr>
        <w:rFonts w:eastAsia="宋体" w:cs="Times New Roman"/>
        <w:sz w:val="28"/>
      </w:rPr>
      <w:fldChar w:fldCharType="separate"/>
    </w:r>
    <w:r w:rsidR="00231BF4">
      <w:rPr>
        <w:rFonts w:eastAsia="宋体" w:cs="Times New Roman"/>
        <w:noProof/>
        <w:sz w:val="28"/>
      </w:rPr>
      <w:t>1</w:t>
    </w:r>
    <w:r>
      <w:rPr>
        <w:rFonts w:eastAsia="宋体" w:cs="Times New Roman"/>
        <w:sz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C0D4E" w14:textId="77777777" w:rsidR="002C1F15" w:rsidRDefault="002C1F15">
      <w:pPr>
        <w:spacing w:line="240" w:lineRule="auto"/>
      </w:pPr>
      <w:r>
        <w:separator/>
      </w:r>
    </w:p>
  </w:footnote>
  <w:footnote w:type="continuationSeparator" w:id="0">
    <w:p w14:paraId="649AAEEC" w14:textId="77777777" w:rsidR="002C1F15" w:rsidRDefault="002C1F1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30479734">
    <w:abstractNumId w:val="8"/>
  </w:num>
  <w:num w:numId="2" w16cid:durableId="1035698173">
    <w:abstractNumId w:val="6"/>
  </w:num>
  <w:num w:numId="3" w16cid:durableId="122775014">
    <w:abstractNumId w:val="5"/>
  </w:num>
  <w:num w:numId="4" w16cid:durableId="424770083">
    <w:abstractNumId w:val="4"/>
  </w:num>
  <w:num w:numId="5" w16cid:durableId="1990817881">
    <w:abstractNumId w:val="7"/>
  </w:num>
  <w:num w:numId="6" w16cid:durableId="90126936">
    <w:abstractNumId w:val="3"/>
  </w:num>
  <w:num w:numId="7" w16cid:durableId="1784613801">
    <w:abstractNumId w:val="2"/>
  </w:num>
  <w:num w:numId="8" w16cid:durableId="1301155462">
    <w:abstractNumId w:val="1"/>
  </w:num>
  <w:num w:numId="9" w16cid:durableId="1540780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31BF4"/>
    <w:rsid w:val="0029639D"/>
    <w:rsid w:val="002C1F15"/>
    <w:rsid w:val="00326F90"/>
    <w:rsid w:val="00743550"/>
    <w:rsid w:val="00AA1D8D"/>
    <w:rsid w:val="00B47730"/>
    <w:rsid w:val="00C100F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C6E4241"/>
  <w14:defaultImageDpi w14:val="300"/>
  <w15:docId w15:val="{0D9E9387-211F-4F3F-8C5B-7C32D7B58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560" w:lineRule="exact"/>
    </w:pPr>
    <w:rPr>
      <w:rFonts w:ascii="Times New Roman" w:eastAsia="仿宋" w:hAnsi="Times New Roman"/>
      <w:sz w:val="32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2026年广东省职业院校人工智能（智能体）应用情况调查问卷（教师卷）</dc:title>
  <dc:subject/>
  <dc:creator>python-docx</dc:creator>
  <cp:keywords/>
  <dc:description>generated by python-docx</dc:description>
  <cp:lastModifiedBy>houxiaoju</cp:lastModifiedBy>
  <cp:revision>2</cp:revision>
  <dcterms:created xsi:type="dcterms:W3CDTF">2026-10-19T03:35:00Z</dcterms:created>
  <dcterms:modified xsi:type="dcterms:W3CDTF">2026-10-19T03:35:00Z</dcterms:modified>
  <cp:category/>
</cp:coreProperties>
</file>