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F52D0" w14:textId="77777777" w:rsidR="007C34AA" w:rsidRDefault="00000000">
      <w:pPr>
        <w:spacing w:after="120"/>
        <w:rPr>
          <w:lang w:eastAsia="zh-CN"/>
        </w:rPr>
      </w:pPr>
      <w:r>
        <w:rPr>
          <w:rFonts w:eastAsia="黑体" w:cs="Times New Roman"/>
          <w:lang w:eastAsia="zh-CN"/>
        </w:rPr>
        <w:t>附件</w:t>
      </w:r>
      <w:r>
        <w:rPr>
          <w:rFonts w:eastAsia="黑体" w:cs="Times New Roman"/>
          <w:lang w:eastAsia="zh-CN"/>
        </w:rPr>
        <w:t>3</w:t>
      </w:r>
    </w:p>
    <w:p w14:paraId="7D78E99F" w14:textId="2E9BD1A0" w:rsidR="007C34AA" w:rsidRDefault="00000000">
      <w:pPr>
        <w:spacing w:line="640" w:lineRule="exact"/>
        <w:jc w:val="center"/>
        <w:rPr>
          <w:lang w:eastAsia="zh-CN"/>
        </w:rPr>
      </w:pPr>
      <w:r>
        <w:rPr>
          <w:rFonts w:eastAsia="华文中宋" w:cs="Times New Roman"/>
          <w:b/>
          <w:sz w:val="40"/>
          <w:lang w:eastAsia="zh-CN"/>
        </w:rPr>
        <w:t>2026</w:t>
      </w:r>
      <w:r>
        <w:rPr>
          <w:rFonts w:eastAsia="华文中宋" w:cs="Times New Roman"/>
          <w:b/>
          <w:sz w:val="40"/>
          <w:lang w:eastAsia="zh-CN"/>
        </w:rPr>
        <w:t>年广东省职业院校人工智能</w:t>
      </w:r>
    </w:p>
    <w:p w14:paraId="22A786D4" w14:textId="77777777" w:rsidR="007C34AA" w:rsidRDefault="00000000">
      <w:pPr>
        <w:spacing w:after="200" w:line="640" w:lineRule="exact"/>
        <w:jc w:val="center"/>
        <w:rPr>
          <w:lang w:eastAsia="zh-CN"/>
        </w:rPr>
      </w:pPr>
      <w:r>
        <w:rPr>
          <w:rFonts w:eastAsia="华文中宋" w:cs="Times New Roman"/>
          <w:b/>
          <w:sz w:val="40"/>
          <w:lang w:eastAsia="zh-CN"/>
        </w:rPr>
        <w:t>应用情况调查问卷（学生卷）</w:t>
      </w:r>
    </w:p>
    <w:p w14:paraId="0FEC357B" w14:textId="77777777" w:rsidR="007C34AA" w:rsidRDefault="00000000">
      <w:pPr>
        <w:spacing w:line="520" w:lineRule="exact"/>
        <w:ind w:firstLine="600"/>
        <w:rPr>
          <w:lang w:eastAsia="zh-CN"/>
        </w:rPr>
      </w:pPr>
      <w:r>
        <w:rPr>
          <w:rFonts w:cs="Times New Roman"/>
          <w:sz w:val="30"/>
          <w:lang w:eastAsia="zh-CN"/>
        </w:rPr>
        <w:t>亲爱的同学：</w:t>
      </w:r>
    </w:p>
    <w:p w14:paraId="73CC6794" w14:textId="77777777" w:rsidR="007C34AA" w:rsidRDefault="00000000">
      <w:pPr>
        <w:spacing w:line="520" w:lineRule="exact"/>
        <w:ind w:firstLine="600"/>
        <w:rPr>
          <w:lang w:eastAsia="zh-CN"/>
        </w:rPr>
      </w:pPr>
      <w:r>
        <w:rPr>
          <w:rFonts w:cs="Times New Roman"/>
          <w:sz w:val="30"/>
          <w:lang w:eastAsia="zh-CN"/>
        </w:rPr>
        <w:t>你好！本调研根据教育部等五部门《</w:t>
      </w:r>
      <w:r>
        <w:rPr>
          <w:rFonts w:cs="Times New Roman"/>
          <w:sz w:val="30"/>
          <w:lang w:eastAsia="zh-CN"/>
        </w:rPr>
        <w:t>“</w:t>
      </w:r>
      <w:r>
        <w:rPr>
          <w:rFonts w:cs="Times New Roman"/>
          <w:sz w:val="30"/>
          <w:lang w:eastAsia="zh-CN"/>
        </w:rPr>
        <w:t>人工智能</w:t>
      </w:r>
      <w:r>
        <w:rPr>
          <w:rFonts w:cs="Times New Roman"/>
          <w:sz w:val="30"/>
          <w:lang w:eastAsia="zh-CN"/>
        </w:rPr>
        <w:t>+</w:t>
      </w:r>
      <w:r>
        <w:rPr>
          <w:rFonts w:cs="Times New Roman"/>
          <w:sz w:val="30"/>
          <w:lang w:eastAsia="zh-CN"/>
        </w:rPr>
        <w:t>教育</w:t>
      </w:r>
      <w:r>
        <w:rPr>
          <w:rFonts w:cs="Times New Roman"/>
          <w:sz w:val="30"/>
          <w:lang w:eastAsia="zh-CN"/>
        </w:rPr>
        <w:t>”</w:t>
      </w:r>
      <w:r>
        <w:rPr>
          <w:rFonts w:cs="Times New Roman"/>
          <w:sz w:val="30"/>
          <w:lang w:eastAsia="zh-CN"/>
        </w:rPr>
        <w:t>行动计划》（教科信〔</w:t>
      </w:r>
      <w:r>
        <w:rPr>
          <w:rFonts w:cs="Times New Roman"/>
          <w:sz w:val="30"/>
          <w:lang w:eastAsia="zh-CN"/>
        </w:rPr>
        <w:t>2026</w:t>
      </w:r>
      <w:r>
        <w:rPr>
          <w:rFonts w:cs="Times New Roman"/>
          <w:sz w:val="30"/>
          <w:lang w:eastAsia="zh-CN"/>
        </w:rPr>
        <w:t>〕</w:t>
      </w:r>
      <w:r>
        <w:rPr>
          <w:rFonts w:cs="Times New Roman"/>
          <w:sz w:val="30"/>
          <w:lang w:eastAsia="zh-CN"/>
        </w:rPr>
        <w:t>1</w:t>
      </w:r>
      <w:r>
        <w:rPr>
          <w:rFonts w:cs="Times New Roman"/>
          <w:sz w:val="30"/>
          <w:lang w:eastAsia="zh-CN"/>
        </w:rPr>
        <w:t>号）有关要求，旨在了解职业院校学生对人工智能特别是智能体（</w:t>
      </w:r>
      <w:r>
        <w:rPr>
          <w:rFonts w:cs="Times New Roman"/>
          <w:sz w:val="30"/>
          <w:lang w:eastAsia="zh-CN"/>
        </w:rPr>
        <w:t>AI Agent</w:t>
      </w:r>
      <w:r>
        <w:rPr>
          <w:rFonts w:cs="Times New Roman"/>
          <w:sz w:val="30"/>
          <w:lang w:eastAsia="zh-CN"/>
        </w:rPr>
        <w:t>）的应用与掌握情况。调研数据仅用于研究分析和政策参考，不用于任何商业目的，我们将按国家有关法律法规对相关信息严格保密。请根据你自身实际情况真实填写。衷心感谢你的支持！</w:t>
      </w:r>
    </w:p>
    <w:p w14:paraId="03AE85F1" w14:textId="77777777" w:rsidR="007C34AA" w:rsidRDefault="00000000">
      <w:pPr>
        <w:spacing w:before="80" w:line="480" w:lineRule="exact"/>
        <w:ind w:firstLine="560"/>
        <w:rPr>
          <w:lang w:eastAsia="zh-CN"/>
        </w:rPr>
      </w:pPr>
      <w:r>
        <w:rPr>
          <w:rFonts w:eastAsia="楷体" w:cs="Times New Roman"/>
          <w:sz w:val="28"/>
          <w:lang w:eastAsia="zh-CN"/>
        </w:rPr>
        <w:t>【请按年级与专业大类抽样填写，每校不少于</w:t>
      </w:r>
      <w:r>
        <w:rPr>
          <w:rFonts w:eastAsia="楷体" w:cs="Times New Roman"/>
          <w:sz w:val="28"/>
          <w:lang w:eastAsia="zh-CN"/>
        </w:rPr>
        <w:t>100</w:t>
      </w:r>
      <w:r>
        <w:rPr>
          <w:rFonts w:eastAsia="楷体" w:cs="Times New Roman"/>
          <w:sz w:val="28"/>
          <w:lang w:eastAsia="zh-CN"/>
        </w:rPr>
        <w:t>名学生。本问卷匿名填写。】</w:t>
      </w:r>
    </w:p>
    <w:p w14:paraId="595514B0" w14:textId="77777777" w:rsidR="007C34AA" w:rsidRDefault="007C34AA">
      <w:pPr>
        <w:spacing w:line="200" w:lineRule="exact"/>
        <w:rPr>
          <w:lang w:eastAsia="zh-CN"/>
        </w:rPr>
      </w:pPr>
    </w:p>
    <w:p w14:paraId="30078F3C" w14:textId="77777777" w:rsidR="007C34AA" w:rsidRDefault="00000000">
      <w:pPr>
        <w:spacing w:before="40" w:line="520" w:lineRule="exact"/>
        <w:rPr>
          <w:lang w:eastAsia="zh-CN"/>
        </w:rPr>
      </w:pPr>
      <w:r>
        <w:rPr>
          <w:rFonts w:cs="Times New Roman"/>
          <w:sz w:val="30"/>
          <w:lang w:eastAsia="zh-CN"/>
        </w:rPr>
        <w:t>学校（全称）：</w:t>
      </w:r>
      <w:r>
        <w:rPr>
          <w:rFonts w:cs="Times New Roman"/>
          <w:sz w:val="30"/>
          <w:lang w:eastAsia="zh-CN"/>
        </w:rPr>
        <w:t>________________________________________</w:t>
      </w:r>
    </w:p>
    <w:p w14:paraId="2D0ECED5" w14:textId="77777777" w:rsidR="007C34AA" w:rsidRDefault="00000000">
      <w:pPr>
        <w:spacing w:before="40" w:line="520" w:lineRule="exact"/>
        <w:rPr>
          <w:lang w:eastAsia="zh-CN"/>
        </w:rPr>
      </w:pPr>
      <w:r>
        <w:rPr>
          <w:rFonts w:cs="Times New Roman"/>
          <w:sz w:val="30"/>
          <w:lang w:eastAsia="zh-CN"/>
        </w:rPr>
        <w:t>（本问卷匿名填写，数据仅用于统计分析）</w:t>
      </w:r>
    </w:p>
    <w:p w14:paraId="2C2199A5" w14:textId="77777777" w:rsidR="007C34AA" w:rsidRDefault="00000000">
      <w:pPr>
        <w:spacing w:before="120" w:line="520" w:lineRule="exact"/>
        <w:rPr>
          <w:lang w:eastAsia="zh-CN"/>
        </w:rPr>
      </w:pPr>
      <w:r>
        <w:rPr>
          <w:rFonts w:eastAsia="黑体" w:cs="Times New Roman"/>
          <w:sz w:val="28"/>
          <w:lang w:eastAsia="zh-CN"/>
        </w:rPr>
        <w:t>【名词解释】</w:t>
      </w:r>
    </w:p>
    <w:p w14:paraId="201027BC" w14:textId="77777777" w:rsidR="007C34AA" w:rsidRDefault="00000000">
      <w:pPr>
        <w:spacing w:line="480" w:lineRule="exact"/>
        <w:ind w:firstLine="560"/>
        <w:rPr>
          <w:lang w:eastAsia="zh-CN"/>
        </w:rPr>
      </w:pPr>
      <w:r>
        <w:rPr>
          <w:rFonts w:cs="Times New Roman"/>
          <w:b/>
          <w:sz w:val="28"/>
          <w:lang w:eastAsia="zh-CN"/>
        </w:rPr>
        <w:t>1.</w:t>
      </w:r>
      <w:r>
        <w:rPr>
          <w:rFonts w:cs="Times New Roman"/>
          <w:b/>
          <w:sz w:val="28"/>
          <w:lang w:eastAsia="zh-CN"/>
        </w:rPr>
        <w:t>人工智能（</w:t>
      </w:r>
      <w:r>
        <w:rPr>
          <w:rFonts w:cs="Times New Roman"/>
          <w:b/>
          <w:sz w:val="28"/>
          <w:lang w:eastAsia="zh-CN"/>
        </w:rPr>
        <w:t>Artificial Intelligence</w:t>
      </w:r>
      <w:r>
        <w:rPr>
          <w:rFonts w:cs="Times New Roman"/>
          <w:b/>
          <w:sz w:val="28"/>
          <w:lang w:eastAsia="zh-CN"/>
        </w:rPr>
        <w:t>，简称</w:t>
      </w:r>
      <w:r>
        <w:rPr>
          <w:rFonts w:cs="Times New Roman"/>
          <w:b/>
          <w:sz w:val="28"/>
          <w:lang w:eastAsia="zh-CN"/>
        </w:rPr>
        <w:t>AI</w:t>
      </w:r>
      <w:r>
        <w:rPr>
          <w:rFonts w:cs="Times New Roman"/>
          <w:b/>
          <w:sz w:val="28"/>
          <w:lang w:eastAsia="zh-CN"/>
        </w:rPr>
        <w:t>）：</w:t>
      </w:r>
      <w:r>
        <w:rPr>
          <w:rFonts w:cs="Times New Roman"/>
          <w:sz w:val="28"/>
          <w:lang w:eastAsia="zh-CN"/>
        </w:rPr>
        <w:t>由人类设计和编程的机器或软件系统，能够执行学习、推理、解决问题和模拟人类感知等复杂任务。</w:t>
      </w:r>
    </w:p>
    <w:p w14:paraId="26D11424" w14:textId="77777777" w:rsidR="007C34AA" w:rsidRDefault="00000000">
      <w:pPr>
        <w:spacing w:line="480" w:lineRule="exact"/>
        <w:ind w:firstLine="560"/>
        <w:rPr>
          <w:lang w:eastAsia="zh-CN"/>
        </w:rPr>
      </w:pPr>
      <w:r>
        <w:rPr>
          <w:rFonts w:cs="Times New Roman"/>
          <w:b/>
          <w:sz w:val="28"/>
          <w:lang w:eastAsia="zh-CN"/>
        </w:rPr>
        <w:t>2.</w:t>
      </w:r>
      <w:r>
        <w:rPr>
          <w:rFonts w:cs="Times New Roman"/>
          <w:b/>
          <w:sz w:val="28"/>
          <w:lang w:eastAsia="zh-CN"/>
        </w:rPr>
        <w:t>生成式人工智能（</w:t>
      </w:r>
      <w:r>
        <w:rPr>
          <w:rFonts w:cs="Times New Roman"/>
          <w:b/>
          <w:sz w:val="28"/>
          <w:lang w:eastAsia="zh-CN"/>
        </w:rPr>
        <w:t>Generative AI</w:t>
      </w:r>
      <w:r>
        <w:rPr>
          <w:rFonts w:cs="Times New Roman"/>
          <w:b/>
          <w:sz w:val="28"/>
          <w:lang w:eastAsia="zh-CN"/>
        </w:rPr>
        <w:t>，简称</w:t>
      </w:r>
      <w:r>
        <w:rPr>
          <w:rFonts w:cs="Times New Roman"/>
          <w:b/>
          <w:sz w:val="28"/>
          <w:lang w:eastAsia="zh-CN"/>
        </w:rPr>
        <w:t>GenAI</w:t>
      </w:r>
      <w:r>
        <w:rPr>
          <w:rFonts w:cs="Times New Roman"/>
          <w:b/>
          <w:sz w:val="28"/>
          <w:lang w:eastAsia="zh-CN"/>
        </w:rPr>
        <w:t>）：</w:t>
      </w:r>
      <w:r>
        <w:rPr>
          <w:rFonts w:cs="Times New Roman"/>
          <w:sz w:val="28"/>
          <w:lang w:eastAsia="zh-CN"/>
        </w:rPr>
        <w:t>一种特殊类型的</w:t>
      </w:r>
      <w:r>
        <w:rPr>
          <w:rFonts w:cs="Times New Roman"/>
          <w:sz w:val="28"/>
          <w:lang w:eastAsia="zh-CN"/>
        </w:rPr>
        <w:t>AI</w:t>
      </w:r>
      <w:r>
        <w:rPr>
          <w:rFonts w:cs="Times New Roman"/>
          <w:sz w:val="28"/>
          <w:lang w:eastAsia="zh-CN"/>
        </w:rPr>
        <w:t>，能够利用学习到的数据模式创造全新的内容，包括文本、图像、音频和视频等。</w:t>
      </w:r>
    </w:p>
    <w:p w14:paraId="3DFE6F70" w14:textId="77777777" w:rsidR="007C34AA" w:rsidRDefault="00000000">
      <w:pPr>
        <w:spacing w:line="480" w:lineRule="exact"/>
        <w:ind w:firstLine="560"/>
        <w:rPr>
          <w:lang w:eastAsia="zh-CN"/>
        </w:rPr>
      </w:pPr>
      <w:r>
        <w:rPr>
          <w:rFonts w:cs="Times New Roman"/>
          <w:b/>
          <w:sz w:val="28"/>
          <w:lang w:eastAsia="zh-CN"/>
        </w:rPr>
        <w:lastRenderedPageBreak/>
        <w:t>3.</w:t>
      </w:r>
      <w:r>
        <w:rPr>
          <w:rFonts w:cs="Times New Roman"/>
          <w:b/>
          <w:sz w:val="28"/>
          <w:lang w:eastAsia="zh-CN"/>
        </w:rPr>
        <w:t>智能体（</w:t>
      </w:r>
      <w:r>
        <w:rPr>
          <w:rFonts w:cs="Times New Roman"/>
          <w:b/>
          <w:sz w:val="28"/>
          <w:lang w:eastAsia="zh-CN"/>
        </w:rPr>
        <w:t>AI Agent</w:t>
      </w:r>
      <w:r>
        <w:rPr>
          <w:rFonts w:cs="Times New Roman"/>
          <w:b/>
          <w:sz w:val="28"/>
          <w:lang w:eastAsia="zh-CN"/>
        </w:rPr>
        <w:t>，全称人工智能体）：</w:t>
      </w:r>
      <w:r>
        <w:rPr>
          <w:rFonts w:cs="Times New Roman"/>
          <w:sz w:val="28"/>
          <w:lang w:eastAsia="zh-CN"/>
        </w:rPr>
        <w:t>以大模型为</w:t>
      </w:r>
      <w:r>
        <w:rPr>
          <w:rFonts w:cs="Times New Roman"/>
          <w:sz w:val="28"/>
          <w:lang w:eastAsia="zh-CN"/>
        </w:rPr>
        <w:t>“</w:t>
      </w:r>
      <w:r>
        <w:rPr>
          <w:rFonts w:cs="Times New Roman"/>
          <w:sz w:val="28"/>
          <w:lang w:eastAsia="zh-CN"/>
        </w:rPr>
        <w:t>大脑</w:t>
      </w:r>
      <w:r>
        <w:rPr>
          <w:rFonts w:cs="Times New Roman"/>
          <w:sz w:val="28"/>
          <w:lang w:eastAsia="zh-CN"/>
        </w:rPr>
        <w:t>”</w:t>
      </w:r>
      <w:r>
        <w:rPr>
          <w:rFonts w:cs="Times New Roman"/>
          <w:sz w:val="28"/>
          <w:lang w:eastAsia="zh-CN"/>
        </w:rPr>
        <w:t>，能够自主感知任务目标、进行任务规划、调用外部工具（如信息检索、计算、代码执行、软件操作等）并多步执行，最终完成复杂目标任务的人工智能应用形态。常见形态包括：对话式智能体、接入知识库或业务系统的专用智能体、多智能体协作与工作流自动化等。</w:t>
      </w:r>
    </w:p>
    <w:p w14:paraId="6505E4AA" w14:textId="77777777" w:rsidR="007C34AA" w:rsidRDefault="00000000">
      <w:pPr>
        <w:spacing w:before="200" w:after="40"/>
        <w:rPr>
          <w:lang w:eastAsia="zh-CN"/>
        </w:rPr>
      </w:pPr>
      <w:r>
        <w:rPr>
          <w:rFonts w:eastAsia="黑体" w:cs="Times New Roman"/>
          <w:sz w:val="30"/>
          <w:lang w:eastAsia="zh-CN"/>
        </w:rPr>
        <w:t>一、基本情况</w:t>
      </w:r>
    </w:p>
    <w:p w14:paraId="2E224AD1" w14:textId="77777777" w:rsidR="007C34AA" w:rsidRDefault="00000000">
      <w:pPr>
        <w:spacing w:before="120" w:after="40" w:line="540" w:lineRule="exact"/>
        <w:rPr>
          <w:lang w:eastAsia="zh-CN"/>
        </w:rPr>
      </w:pPr>
      <w:r>
        <w:rPr>
          <w:rFonts w:cs="Times New Roman"/>
          <w:sz w:val="30"/>
          <w:lang w:eastAsia="zh-CN"/>
        </w:rPr>
        <w:t>1.</w:t>
      </w:r>
      <w:r>
        <w:rPr>
          <w:rFonts w:cs="Times New Roman"/>
          <w:sz w:val="30"/>
          <w:lang w:eastAsia="zh-CN"/>
        </w:rPr>
        <w:t>你的性别是［单选题］</w:t>
      </w:r>
      <w:r>
        <w:rPr>
          <w:rFonts w:cs="Times New Roman"/>
          <w:sz w:val="30"/>
          <w:lang w:eastAsia="zh-CN"/>
        </w:rPr>
        <w:t xml:space="preserve"> *</w:t>
      </w:r>
    </w:p>
    <w:p w14:paraId="749CED78" w14:textId="77777777" w:rsidR="007C34AA" w:rsidRDefault="00000000">
      <w:pPr>
        <w:spacing w:after="20" w:line="520" w:lineRule="exact"/>
        <w:rPr>
          <w:lang w:eastAsia="zh-CN"/>
        </w:rPr>
      </w:pPr>
      <w:r>
        <w:rPr>
          <w:rFonts w:cs="Times New Roman"/>
          <w:lang w:eastAsia="zh-CN"/>
        </w:rPr>
        <w:t xml:space="preserve">□ </w:t>
      </w:r>
      <w:r>
        <w:rPr>
          <w:rFonts w:cs="Times New Roman"/>
          <w:lang w:eastAsia="zh-CN"/>
        </w:rPr>
        <w:t>男</w:t>
      </w:r>
    </w:p>
    <w:p w14:paraId="434F019D" w14:textId="77777777" w:rsidR="007C34AA" w:rsidRDefault="00000000">
      <w:pPr>
        <w:spacing w:after="20" w:line="520" w:lineRule="exact"/>
        <w:rPr>
          <w:lang w:eastAsia="zh-CN"/>
        </w:rPr>
      </w:pPr>
      <w:r>
        <w:rPr>
          <w:rFonts w:cs="Times New Roman"/>
          <w:lang w:eastAsia="zh-CN"/>
        </w:rPr>
        <w:t xml:space="preserve">□ </w:t>
      </w:r>
      <w:r>
        <w:rPr>
          <w:rFonts w:cs="Times New Roman"/>
          <w:lang w:eastAsia="zh-CN"/>
        </w:rPr>
        <w:t>女</w:t>
      </w:r>
    </w:p>
    <w:p w14:paraId="48FDC8F7" w14:textId="77777777" w:rsidR="007C34AA" w:rsidRDefault="00000000">
      <w:pPr>
        <w:spacing w:before="120" w:after="40" w:line="540" w:lineRule="exact"/>
        <w:rPr>
          <w:lang w:eastAsia="zh-CN"/>
        </w:rPr>
      </w:pPr>
      <w:r>
        <w:rPr>
          <w:rFonts w:cs="Times New Roman"/>
          <w:sz w:val="30"/>
          <w:lang w:eastAsia="zh-CN"/>
        </w:rPr>
        <w:t>2.</w:t>
      </w:r>
      <w:r>
        <w:rPr>
          <w:rFonts w:cs="Times New Roman"/>
          <w:sz w:val="30"/>
          <w:lang w:eastAsia="zh-CN"/>
        </w:rPr>
        <w:t>你目前就读的年级是［单选题］</w:t>
      </w:r>
      <w:r>
        <w:rPr>
          <w:rFonts w:cs="Times New Roman"/>
          <w:sz w:val="30"/>
          <w:lang w:eastAsia="zh-CN"/>
        </w:rPr>
        <w:t xml:space="preserve"> *</w:t>
      </w:r>
    </w:p>
    <w:p w14:paraId="4B1378E8" w14:textId="77777777" w:rsidR="007C34AA" w:rsidRDefault="00000000">
      <w:pPr>
        <w:spacing w:after="20" w:line="520" w:lineRule="exact"/>
        <w:rPr>
          <w:lang w:eastAsia="zh-CN"/>
        </w:rPr>
      </w:pPr>
      <w:r>
        <w:rPr>
          <w:rFonts w:cs="Times New Roman"/>
          <w:lang w:eastAsia="zh-CN"/>
        </w:rPr>
        <w:t xml:space="preserve">□ </w:t>
      </w:r>
      <w:r>
        <w:rPr>
          <w:rFonts w:cs="Times New Roman"/>
          <w:lang w:eastAsia="zh-CN"/>
        </w:rPr>
        <w:t>一年级</w:t>
      </w:r>
    </w:p>
    <w:p w14:paraId="45123991" w14:textId="77777777" w:rsidR="007C34AA" w:rsidRDefault="00000000">
      <w:pPr>
        <w:spacing w:after="20" w:line="520" w:lineRule="exact"/>
        <w:rPr>
          <w:lang w:eastAsia="zh-CN"/>
        </w:rPr>
      </w:pPr>
      <w:r>
        <w:rPr>
          <w:rFonts w:cs="Times New Roman"/>
          <w:lang w:eastAsia="zh-CN"/>
        </w:rPr>
        <w:t xml:space="preserve">□ </w:t>
      </w:r>
      <w:r>
        <w:rPr>
          <w:rFonts w:cs="Times New Roman"/>
          <w:lang w:eastAsia="zh-CN"/>
        </w:rPr>
        <w:t>二年级</w:t>
      </w:r>
    </w:p>
    <w:p w14:paraId="67374EFC" w14:textId="77777777" w:rsidR="007C34AA" w:rsidRDefault="00000000">
      <w:pPr>
        <w:spacing w:after="20" w:line="520" w:lineRule="exact"/>
        <w:rPr>
          <w:lang w:eastAsia="zh-CN"/>
        </w:rPr>
      </w:pPr>
      <w:r>
        <w:rPr>
          <w:rFonts w:cs="Times New Roman"/>
          <w:lang w:eastAsia="zh-CN"/>
        </w:rPr>
        <w:t xml:space="preserve">□ </w:t>
      </w:r>
      <w:r>
        <w:rPr>
          <w:rFonts w:cs="Times New Roman"/>
          <w:lang w:eastAsia="zh-CN"/>
        </w:rPr>
        <w:t>三年级</w:t>
      </w:r>
    </w:p>
    <w:p w14:paraId="4FDDF52F" w14:textId="77777777" w:rsidR="007C34AA" w:rsidRDefault="00000000">
      <w:pPr>
        <w:spacing w:after="20" w:line="520" w:lineRule="exact"/>
        <w:rPr>
          <w:lang w:eastAsia="zh-CN"/>
        </w:rPr>
      </w:pPr>
      <w:r>
        <w:rPr>
          <w:rFonts w:cs="Times New Roman"/>
          <w:lang w:eastAsia="zh-CN"/>
        </w:rPr>
        <w:t xml:space="preserve">□ </w:t>
      </w:r>
      <w:r>
        <w:rPr>
          <w:rFonts w:cs="Times New Roman"/>
          <w:lang w:eastAsia="zh-CN"/>
        </w:rPr>
        <w:t>四年级</w:t>
      </w:r>
    </w:p>
    <w:p w14:paraId="1113EB89" w14:textId="77777777" w:rsidR="007C34AA" w:rsidRDefault="00000000">
      <w:pPr>
        <w:spacing w:after="20" w:line="520" w:lineRule="exact"/>
        <w:rPr>
          <w:lang w:eastAsia="zh-CN"/>
        </w:rPr>
      </w:pPr>
      <w:r>
        <w:rPr>
          <w:rFonts w:cs="Times New Roman"/>
          <w:lang w:eastAsia="zh-CN"/>
        </w:rPr>
        <w:t xml:space="preserve">□ </w:t>
      </w:r>
      <w:r>
        <w:rPr>
          <w:rFonts w:cs="Times New Roman"/>
          <w:lang w:eastAsia="zh-CN"/>
        </w:rPr>
        <w:t>五年级（含五年制）</w:t>
      </w:r>
    </w:p>
    <w:p w14:paraId="443FA9FB" w14:textId="77777777" w:rsidR="007C34AA" w:rsidRDefault="00000000">
      <w:pPr>
        <w:spacing w:after="20" w:line="520" w:lineRule="exact"/>
        <w:rPr>
          <w:lang w:eastAsia="zh-CN"/>
        </w:rPr>
      </w:pPr>
      <w:r>
        <w:rPr>
          <w:rFonts w:cs="Times New Roman"/>
          <w:lang w:eastAsia="zh-CN"/>
        </w:rPr>
        <w:t xml:space="preserve">□ </w:t>
      </w:r>
      <w:r>
        <w:rPr>
          <w:rFonts w:cs="Times New Roman"/>
          <w:lang w:eastAsia="zh-CN"/>
        </w:rPr>
        <w:t>其他（请注明）</w:t>
      </w:r>
    </w:p>
    <w:p w14:paraId="5968D966" w14:textId="77777777" w:rsidR="007C34AA" w:rsidRDefault="00000000">
      <w:pPr>
        <w:spacing w:before="120" w:after="40" w:line="540" w:lineRule="exact"/>
        <w:rPr>
          <w:lang w:eastAsia="zh-CN"/>
        </w:rPr>
      </w:pPr>
      <w:r>
        <w:rPr>
          <w:rFonts w:cs="Times New Roman"/>
          <w:sz w:val="30"/>
          <w:lang w:eastAsia="zh-CN"/>
        </w:rPr>
        <w:t>3.</w:t>
      </w:r>
      <w:r>
        <w:rPr>
          <w:rFonts w:cs="Times New Roman"/>
          <w:sz w:val="30"/>
          <w:lang w:eastAsia="zh-CN"/>
        </w:rPr>
        <w:t>你所学专业所属的专业大类是［单选题］</w:t>
      </w:r>
      <w:r>
        <w:rPr>
          <w:rFonts w:cs="Times New Roman"/>
          <w:sz w:val="30"/>
          <w:lang w:eastAsia="zh-CN"/>
        </w:rPr>
        <w:t xml:space="preserve"> *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422"/>
        <w:gridCol w:w="4422"/>
      </w:tblGrid>
      <w:tr w:rsidR="007C34AA" w14:paraId="2EA1409F" w14:textId="77777777">
        <w:trPr>
          <w:jc w:val="center"/>
        </w:trPr>
        <w:tc>
          <w:tcPr>
            <w:tcW w:w="4422" w:type="dxa"/>
          </w:tcPr>
          <w:p w14:paraId="26690861" w14:textId="77777777" w:rsidR="007C34AA" w:rsidRDefault="00000000">
            <w:pPr>
              <w:spacing w:line="520" w:lineRule="exact"/>
              <w:rPr>
                <w:lang w:eastAsia="zh-CN"/>
              </w:rPr>
            </w:pPr>
            <w:r>
              <w:rPr>
                <w:rFonts w:cs="Times New Roman"/>
                <w:lang w:eastAsia="zh-CN"/>
              </w:rPr>
              <w:t xml:space="preserve">□ </w:t>
            </w:r>
            <w:r>
              <w:rPr>
                <w:rFonts w:cs="Times New Roman"/>
                <w:lang w:eastAsia="zh-CN"/>
              </w:rPr>
              <w:t>公共基础课（思政、语文、数学、英语等）</w:t>
            </w:r>
          </w:p>
        </w:tc>
        <w:tc>
          <w:tcPr>
            <w:tcW w:w="4422" w:type="dxa"/>
          </w:tcPr>
          <w:p w14:paraId="2673416A" w14:textId="77777777" w:rsidR="007C34AA" w:rsidRDefault="00000000">
            <w:pPr>
              <w:spacing w:line="520" w:lineRule="exact"/>
            </w:pPr>
            <w:r>
              <w:rPr>
                <w:rFonts w:cs="Times New Roman"/>
              </w:rPr>
              <w:t xml:space="preserve">□ </w:t>
            </w:r>
            <w:r>
              <w:rPr>
                <w:rFonts w:cs="Times New Roman"/>
              </w:rPr>
              <w:t>电子与信息大类</w:t>
            </w:r>
          </w:p>
        </w:tc>
      </w:tr>
      <w:tr w:rsidR="007C34AA" w14:paraId="5D1D1F80" w14:textId="77777777">
        <w:trPr>
          <w:jc w:val="center"/>
        </w:trPr>
        <w:tc>
          <w:tcPr>
            <w:tcW w:w="4422" w:type="dxa"/>
          </w:tcPr>
          <w:p w14:paraId="7B38E7AE" w14:textId="77777777" w:rsidR="007C34AA" w:rsidRDefault="00000000">
            <w:pPr>
              <w:spacing w:line="520" w:lineRule="exact"/>
            </w:pPr>
            <w:r>
              <w:rPr>
                <w:rFonts w:cs="Times New Roman"/>
              </w:rPr>
              <w:t xml:space="preserve">□ </w:t>
            </w:r>
            <w:r>
              <w:rPr>
                <w:rFonts w:cs="Times New Roman"/>
              </w:rPr>
              <w:t>农林牧渔大类</w:t>
            </w:r>
          </w:p>
        </w:tc>
        <w:tc>
          <w:tcPr>
            <w:tcW w:w="4422" w:type="dxa"/>
          </w:tcPr>
          <w:p w14:paraId="511CE8D5" w14:textId="77777777" w:rsidR="007C34AA" w:rsidRDefault="00000000">
            <w:pPr>
              <w:spacing w:line="520" w:lineRule="exact"/>
            </w:pPr>
            <w:r>
              <w:rPr>
                <w:rFonts w:cs="Times New Roman"/>
              </w:rPr>
              <w:t xml:space="preserve">□ </w:t>
            </w:r>
            <w:r>
              <w:rPr>
                <w:rFonts w:cs="Times New Roman"/>
              </w:rPr>
              <w:t>医药卫生大类</w:t>
            </w:r>
          </w:p>
        </w:tc>
      </w:tr>
      <w:tr w:rsidR="007C34AA" w14:paraId="03F6AF2C" w14:textId="77777777">
        <w:trPr>
          <w:jc w:val="center"/>
        </w:trPr>
        <w:tc>
          <w:tcPr>
            <w:tcW w:w="4422" w:type="dxa"/>
          </w:tcPr>
          <w:p w14:paraId="414E4F76" w14:textId="77777777" w:rsidR="007C34AA" w:rsidRDefault="00000000">
            <w:pPr>
              <w:spacing w:line="520" w:lineRule="exact"/>
              <w:rPr>
                <w:lang w:eastAsia="zh-CN"/>
              </w:rPr>
            </w:pPr>
            <w:r>
              <w:rPr>
                <w:rFonts w:cs="Times New Roman"/>
                <w:lang w:eastAsia="zh-CN"/>
              </w:rPr>
              <w:t xml:space="preserve">□ </w:t>
            </w:r>
            <w:r>
              <w:rPr>
                <w:rFonts w:cs="Times New Roman"/>
                <w:lang w:eastAsia="zh-CN"/>
              </w:rPr>
              <w:t>资源环境与安全大类</w:t>
            </w:r>
          </w:p>
        </w:tc>
        <w:tc>
          <w:tcPr>
            <w:tcW w:w="4422" w:type="dxa"/>
          </w:tcPr>
          <w:p w14:paraId="744B3329" w14:textId="77777777" w:rsidR="007C34AA" w:rsidRDefault="00000000">
            <w:pPr>
              <w:spacing w:line="520" w:lineRule="exact"/>
            </w:pPr>
            <w:r>
              <w:rPr>
                <w:rFonts w:cs="Times New Roman"/>
              </w:rPr>
              <w:t xml:space="preserve">□ </w:t>
            </w:r>
            <w:r>
              <w:rPr>
                <w:rFonts w:cs="Times New Roman"/>
              </w:rPr>
              <w:t>财经商贸大类</w:t>
            </w:r>
          </w:p>
        </w:tc>
      </w:tr>
      <w:tr w:rsidR="007C34AA" w14:paraId="2C45F867" w14:textId="77777777">
        <w:trPr>
          <w:jc w:val="center"/>
        </w:trPr>
        <w:tc>
          <w:tcPr>
            <w:tcW w:w="4422" w:type="dxa"/>
          </w:tcPr>
          <w:p w14:paraId="29AAE774" w14:textId="77777777" w:rsidR="007C34AA" w:rsidRDefault="00000000">
            <w:pPr>
              <w:spacing w:line="520" w:lineRule="exact"/>
              <w:rPr>
                <w:lang w:eastAsia="zh-CN"/>
              </w:rPr>
            </w:pPr>
            <w:r>
              <w:rPr>
                <w:rFonts w:cs="Times New Roman"/>
                <w:lang w:eastAsia="zh-CN"/>
              </w:rPr>
              <w:t xml:space="preserve">□ </w:t>
            </w:r>
            <w:r>
              <w:rPr>
                <w:rFonts w:cs="Times New Roman"/>
                <w:lang w:eastAsia="zh-CN"/>
              </w:rPr>
              <w:t>能源动力与材料大类</w:t>
            </w:r>
          </w:p>
        </w:tc>
        <w:tc>
          <w:tcPr>
            <w:tcW w:w="4422" w:type="dxa"/>
          </w:tcPr>
          <w:p w14:paraId="1C7E1706" w14:textId="77777777" w:rsidR="007C34AA" w:rsidRDefault="00000000">
            <w:pPr>
              <w:spacing w:line="520" w:lineRule="exact"/>
            </w:pPr>
            <w:r>
              <w:rPr>
                <w:rFonts w:cs="Times New Roman"/>
              </w:rPr>
              <w:t xml:space="preserve">□ </w:t>
            </w:r>
            <w:r>
              <w:rPr>
                <w:rFonts w:cs="Times New Roman"/>
              </w:rPr>
              <w:t>旅游大类</w:t>
            </w:r>
          </w:p>
        </w:tc>
      </w:tr>
      <w:tr w:rsidR="007C34AA" w14:paraId="060DED06" w14:textId="77777777">
        <w:trPr>
          <w:jc w:val="center"/>
        </w:trPr>
        <w:tc>
          <w:tcPr>
            <w:tcW w:w="4422" w:type="dxa"/>
          </w:tcPr>
          <w:p w14:paraId="13575C3D" w14:textId="77777777" w:rsidR="007C34AA" w:rsidRDefault="00000000">
            <w:pPr>
              <w:spacing w:line="520" w:lineRule="exact"/>
            </w:pPr>
            <w:r>
              <w:rPr>
                <w:rFonts w:cs="Times New Roman"/>
              </w:rPr>
              <w:lastRenderedPageBreak/>
              <w:t xml:space="preserve">□ </w:t>
            </w:r>
            <w:r>
              <w:rPr>
                <w:rFonts w:cs="Times New Roman"/>
              </w:rPr>
              <w:t>土木建筑大类</w:t>
            </w:r>
          </w:p>
        </w:tc>
        <w:tc>
          <w:tcPr>
            <w:tcW w:w="4422" w:type="dxa"/>
          </w:tcPr>
          <w:p w14:paraId="197A5B51" w14:textId="77777777" w:rsidR="007C34AA" w:rsidRDefault="00000000">
            <w:pPr>
              <w:spacing w:line="520" w:lineRule="exact"/>
            </w:pPr>
            <w:r>
              <w:rPr>
                <w:rFonts w:cs="Times New Roman"/>
              </w:rPr>
              <w:t xml:space="preserve">□ </w:t>
            </w:r>
            <w:r>
              <w:rPr>
                <w:rFonts w:cs="Times New Roman"/>
              </w:rPr>
              <w:t>文化艺术大类</w:t>
            </w:r>
          </w:p>
        </w:tc>
      </w:tr>
      <w:tr w:rsidR="007C34AA" w14:paraId="5AC5F460" w14:textId="77777777">
        <w:trPr>
          <w:jc w:val="center"/>
        </w:trPr>
        <w:tc>
          <w:tcPr>
            <w:tcW w:w="4422" w:type="dxa"/>
          </w:tcPr>
          <w:p w14:paraId="5F4AB44D" w14:textId="77777777" w:rsidR="007C34AA" w:rsidRDefault="00000000">
            <w:pPr>
              <w:spacing w:line="520" w:lineRule="exact"/>
            </w:pPr>
            <w:r>
              <w:rPr>
                <w:rFonts w:cs="Times New Roman"/>
              </w:rPr>
              <w:t xml:space="preserve">□ </w:t>
            </w:r>
            <w:r>
              <w:rPr>
                <w:rFonts w:cs="Times New Roman"/>
              </w:rPr>
              <w:t>水利大类</w:t>
            </w:r>
          </w:p>
        </w:tc>
        <w:tc>
          <w:tcPr>
            <w:tcW w:w="4422" w:type="dxa"/>
          </w:tcPr>
          <w:p w14:paraId="4FF3E5DB" w14:textId="77777777" w:rsidR="007C34AA" w:rsidRDefault="00000000">
            <w:pPr>
              <w:spacing w:line="520" w:lineRule="exact"/>
            </w:pPr>
            <w:r>
              <w:rPr>
                <w:rFonts w:cs="Times New Roman"/>
              </w:rPr>
              <w:t xml:space="preserve">□ </w:t>
            </w:r>
            <w:r>
              <w:rPr>
                <w:rFonts w:cs="Times New Roman"/>
              </w:rPr>
              <w:t>新闻传播大类</w:t>
            </w:r>
          </w:p>
        </w:tc>
      </w:tr>
      <w:tr w:rsidR="007C34AA" w14:paraId="3FB07A8E" w14:textId="77777777">
        <w:trPr>
          <w:jc w:val="center"/>
        </w:trPr>
        <w:tc>
          <w:tcPr>
            <w:tcW w:w="4422" w:type="dxa"/>
          </w:tcPr>
          <w:p w14:paraId="773CDD57" w14:textId="77777777" w:rsidR="007C34AA" w:rsidRDefault="00000000">
            <w:pPr>
              <w:spacing w:line="520" w:lineRule="exact"/>
            </w:pPr>
            <w:r>
              <w:rPr>
                <w:rFonts w:cs="Times New Roman"/>
              </w:rPr>
              <w:t xml:space="preserve">□ </w:t>
            </w:r>
            <w:r>
              <w:rPr>
                <w:rFonts w:cs="Times New Roman"/>
              </w:rPr>
              <w:t>装备制造大类</w:t>
            </w:r>
          </w:p>
        </w:tc>
        <w:tc>
          <w:tcPr>
            <w:tcW w:w="4422" w:type="dxa"/>
          </w:tcPr>
          <w:p w14:paraId="750443F8" w14:textId="77777777" w:rsidR="007C34AA" w:rsidRDefault="00000000">
            <w:pPr>
              <w:spacing w:line="520" w:lineRule="exact"/>
            </w:pPr>
            <w:r>
              <w:rPr>
                <w:rFonts w:cs="Times New Roman"/>
              </w:rPr>
              <w:t xml:space="preserve">□ </w:t>
            </w:r>
            <w:r>
              <w:rPr>
                <w:rFonts w:cs="Times New Roman"/>
              </w:rPr>
              <w:t>教育与体育大类</w:t>
            </w:r>
          </w:p>
        </w:tc>
      </w:tr>
      <w:tr w:rsidR="007C34AA" w14:paraId="60B959B9" w14:textId="77777777">
        <w:trPr>
          <w:jc w:val="center"/>
        </w:trPr>
        <w:tc>
          <w:tcPr>
            <w:tcW w:w="4422" w:type="dxa"/>
          </w:tcPr>
          <w:p w14:paraId="705A5DFE" w14:textId="77777777" w:rsidR="007C34AA" w:rsidRDefault="00000000">
            <w:pPr>
              <w:spacing w:line="520" w:lineRule="exact"/>
            </w:pPr>
            <w:r>
              <w:rPr>
                <w:rFonts w:cs="Times New Roman"/>
              </w:rPr>
              <w:t xml:space="preserve">□ </w:t>
            </w:r>
            <w:r>
              <w:rPr>
                <w:rFonts w:cs="Times New Roman"/>
              </w:rPr>
              <w:t>生物化工大类</w:t>
            </w:r>
          </w:p>
        </w:tc>
        <w:tc>
          <w:tcPr>
            <w:tcW w:w="4422" w:type="dxa"/>
          </w:tcPr>
          <w:p w14:paraId="55D4D341" w14:textId="77777777" w:rsidR="007C34AA" w:rsidRDefault="00000000">
            <w:pPr>
              <w:spacing w:line="520" w:lineRule="exact"/>
            </w:pPr>
            <w:r>
              <w:rPr>
                <w:rFonts w:cs="Times New Roman"/>
              </w:rPr>
              <w:t xml:space="preserve">□ </w:t>
            </w:r>
            <w:r>
              <w:rPr>
                <w:rFonts w:cs="Times New Roman"/>
              </w:rPr>
              <w:t>公安与司法大类</w:t>
            </w:r>
          </w:p>
        </w:tc>
      </w:tr>
      <w:tr w:rsidR="007C34AA" w14:paraId="0CB41DAD" w14:textId="77777777">
        <w:trPr>
          <w:jc w:val="center"/>
        </w:trPr>
        <w:tc>
          <w:tcPr>
            <w:tcW w:w="4422" w:type="dxa"/>
          </w:tcPr>
          <w:p w14:paraId="41B40ABD" w14:textId="77777777" w:rsidR="007C34AA" w:rsidRDefault="00000000">
            <w:pPr>
              <w:spacing w:line="520" w:lineRule="exact"/>
            </w:pPr>
            <w:r>
              <w:rPr>
                <w:rFonts w:cs="Times New Roman"/>
              </w:rPr>
              <w:t xml:space="preserve">□ </w:t>
            </w:r>
            <w:r>
              <w:rPr>
                <w:rFonts w:cs="Times New Roman"/>
              </w:rPr>
              <w:t>轻工纺织大类</w:t>
            </w:r>
          </w:p>
        </w:tc>
        <w:tc>
          <w:tcPr>
            <w:tcW w:w="4422" w:type="dxa"/>
          </w:tcPr>
          <w:p w14:paraId="330CCA28" w14:textId="77777777" w:rsidR="007C34AA" w:rsidRDefault="00000000">
            <w:pPr>
              <w:spacing w:line="520" w:lineRule="exact"/>
              <w:rPr>
                <w:lang w:eastAsia="zh-CN"/>
              </w:rPr>
            </w:pPr>
            <w:r>
              <w:rPr>
                <w:rFonts w:cs="Times New Roman"/>
                <w:lang w:eastAsia="zh-CN"/>
              </w:rPr>
              <w:t xml:space="preserve">□ </w:t>
            </w:r>
            <w:r>
              <w:rPr>
                <w:rFonts w:cs="Times New Roman"/>
                <w:lang w:eastAsia="zh-CN"/>
              </w:rPr>
              <w:t>公共管理与服务大类</w:t>
            </w:r>
          </w:p>
        </w:tc>
      </w:tr>
      <w:tr w:rsidR="007C34AA" w14:paraId="046D99F3" w14:textId="77777777">
        <w:trPr>
          <w:jc w:val="center"/>
        </w:trPr>
        <w:tc>
          <w:tcPr>
            <w:tcW w:w="4422" w:type="dxa"/>
          </w:tcPr>
          <w:p w14:paraId="74E331B6" w14:textId="77777777" w:rsidR="007C34AA" w:rsidRDefault="00000000">
            <w:pPr>
              <w:spacing w:line="520" w:lineRule="exact"/>
              <w:rPr>
                <w:lang w:eastAsia="zh-CN"/>
              </w:rPr>
            </w:pPr>
            <w:r>
              <w:rPr>
                <w:rFonts w:cs="Times New Roman"/>
                <w:lang w:eastAsia="zh-CN"/>
              </w:rPr>
              <w:t xml:space="preserve">□ </w:t>
            </w:r>
            <w:r>
              <w:rPr>
                <w:rFonts w:cs="Times New Roman"/>
                <w:lang w:eastAsia="zh-CN"/>
              </w:rPr>
              <w:t>食品药品与粮食大类</w:t>
            </w:r>
          </w:p>
        </w:tc>
        <w:tc>
          <w:tcPr>
            <w:tcW w:w="4422" w:type="dxa"/>
          </w:tcPr>
          <w:p w14:paraId="4AF71857" w14:textId="77777777" w:rsidR="007C34AA" w:rsidRDefault="00000000">
            <w:pPr>
              <w:spacing w:line="520" w:lineRule="exact"/>
            </w:pPr>
            <w:r>
              <w:rPr>
                <w:rFonts w:cs="Times New Roman"/>
              </w:rPr>
              <w:t xml:space="preserve">□ </w:t>
            </w:r>
            <w:r>
              <w:rPr>
                <w:rFonts w:cs="Times New Roman"/>
              </w:rPr>
              <w:t>其他（请注明）</w:t>
            </w:r>
          </w:p>
        </w:tc>
      </w:tr>
      <w:tr w:rsidR="007C34AA" w14:paraId="42C210D9" w14:textId="77777777">
        <w:trPr>
          <w:jc w:val="center"/>
        </w:trPr>
        <w:tc>
          <w:tcPr>
            <w:tcW w:w="4422" w:type="dxa"/>
          </w:tcPr>
          <w:p w14:paraId="7BB7B8AB" w14:textId="77777777" w:rsidR="007C34AA" w:rsidRDefault="00000000">
            <w:pPr>
              <w:spacing w:line="520" w:lineRule="exact"/>
            </w:pPr>
            <w:r>
              <w:rPr>
                <w:rFonts w:cs="Times New Roman"/>
              </w:rPr>
              <w:t xml:space="preserve">□ </w:t>
            </w:r>
            <w:r>
              <w:rPr>
                <w:rFonts w:cs="Times New Roman"/>
              </w:rPr>
              <w:t>交通运输大类</w:t>
            </w:r>
          </w:p>
        </w:tc>
        <w:tc>
          <w:tcPr>
            <w:tcW w:w="4422" w:type="dxa"/>
          </w:tcPr>
          <w:p w14:paraId="52347D91" w14:textId="77777777" w:rsidR="007C34AA" w:rsidRDefault="007C34AA"/>
        </w:tc>
      </w:tr>
    </w:tbl>
    <w:p w14:paraId="2A0D2143" w14:textId="77777777" w:rsidR="007C34AA" w:rsidRDefault="00000000">
      <w:pPr>
        <w:spacing w:before="200" w:after="40"/>
      </w:pPr>
      <w:r>
        <w:rPr>
          <w:rFonts w:eastAsia="黑体" w:cs="Times New Roman"/>
          <w:sz w:val="30"/>
        </w:rPr>
        <w:t>二、智能体认知</w:t>
      </w:r>
    </w:p>
    <w:p w14:paraId="54C1C54E" w14:textId="77777777" w:rsidR="007C34AA" w:rsidRDefault="00000000">
      <w:pPr>
        <w:spacing w:before="120" w:after="40" w:line="540" w:lineRule="exact"/>
      </w:pPr>
      <w:r>
        <w:rPr>
          <w:rFonts w:cs="Times New Roman"/>
          <w:sz w:val="30"/>
        </w:rPr>
        <w:t>4.</w:t>
      </w:r>
      <w:r>
        <w:rPr>
          <w:rFonts w:cs="Times New Roman"/>
          <w:sz w:val="30"/>
        </w:rPr>
        <w:t>你对</w:t>
      </w:r>
      <w:r>
        <w:rPr>
          <w:rFonts w:cs="Times New Roman"/>
          <w:sz w:val="30"/>
        </w:rPr>
        <w:t>“</w:t>
      </w:r>
      <w:r>
        <w:rPr>
          <w:rFonts w:cs="Times New Roman"/>
          <w:sz w:val="30"/>
        </w:rPr>
        <w:t>智能体（</w:t>
      </w:r>
      <w:r>
        <w:rPr>
          <w:rFonts w:cs="Times New Roman"/>
          <w:sz w:val="30"/>
        </w:rPr>
        <w:t>AI Agent</w:t>
      </w:r>
      <w:r>
        <w:rPr>
          <w:rFonts w:cs="Times New Roman"/>
          <w:sz w:val="30"/>
        </w:rPr>
        <w:t>）</w:t>
      </w:r>
      <w:r>
        <w:rPr>
          <w:rFonts w:cs="Times New Roman"/>
          <w:sz w:val="30"/>
        </w:rPr>
        <w:t>”</w:t>
      </w:r>
      <w:r>
        <w:rPr>
          <w:rFonts w:cs="Times New Roman"/>
          <w:sz w:val="30"/>
        </w:rPr>
        <w:t>的了解程度［单选题］</w:t>
      </w:r>
      <w:r>
        <w:rPr>
          <w:rFonts w:cs="Times New Roman"/>
          <w:sz w:val="30"/>
        </w:rPr>
        <w:t xml:space="preserve"> *</w:t>
      </w:r>
    </w:p>
    <w:p w14:paraId="28BB237E" w14:textId="77777777" w:rsidR="007C34AA" w:rsidRDefault="00000000">
      <w:pPr>
        <w:spacing w:after="20" w:line="520" w:lineRule="exact"/>
      </w:pPr>
      <w:r>
        <w:rPr>
          <w:rFonts w:cs="Times New Roman"/>
        </w:rPr>
        <w:t xml:space="preserve">□ </w:t>
      </w:r>
      <w:r>
        <w:rPr>
          <w:rFonts w:cs="Times New Roman"/>
        </w:rPr>
        <w:t>没听说过</w:t>
      </w:r>
    </w:p>
    <w:p w14:paraId="2E4D70AA" w14:textId="77777777" w:rsidR="007C34AA" w:rsidRDefault="00000000">
      <w:pPr>
        <w:spacing w:after="20" w:line="520" w:lineRule="exact"/>
        <w:rPr>
          <w:lang w:eastAsia="zh-CN"/>
        </w:rPr>
      </w:pPr>
      <w:r>
        <w:rPr>
          <w:rFonts w:cs="Times New Roman"/>
          <w:lang w:eastAsia="zh-CN"/>
        </w:rPr>
        <w:t xml:space="preserve">□ </w:t>
      </w:r>
      <w:r>
        <w:rPr>
          <w:rFonts w:cs="Times New Roman"/>
          <w:lang w:eastAsia="zh-CN"/>
        </w:rPr>
        <w:t>听说过，但不清楚它能做什么</w:t>
      </w:r>
    </w:p>
    <w:p w14:paraId="6BE80611" w14:textId="77777777" w:rsidR="007C34AA" w:rsidRDefault="00000000">
      <w:pPr>
        <w:spacing w:after="20" w:line="520" w:lineRule="exact"/>
        <w:rPr>
          <w:lang w:eastAsia="zh-CN"/>
        </w:rPr>
      </w:pPr>
      <w:r>
        <w:rPr>
          <w:rFonts w:cs="Times New Roman"/>
          <w:lang w:eastAsia="zh-CN"/>
        </w:rPr>
        <w:t xml:space="preserve">□ </w:t>
      </w:r>
      <w:r>
        <w:rPr>
          <w:rFonts w:cs="Times New Roman"/>
          <w:lang w:eastAsia="zh-CN"/>
        </w:rPr>
        <w:t>基本了解，知道它能自动完成一些任务（如整理资料、生成</w:t>
      </w:r>
      <w:r>
        <w:rPr>
          <w:rFonts w:cs="Times New Roman"/>
          <w:lang w:eastAsia="zh-CN"/>
        </w:rPr>
        <w:t>PPT</w:t>
      </w:r>
      <w:r>
        <w:rPr>
          <w:rFonts w:cs="Times New Roman"/>
          <w:lang w:eastAsia="zh-CN"/>
        </w:rPr>
        <w:t>、自动订票）</w:t>
      </w:r>
    </w:p>
    <w:p w14:paraId="3F3DB1FD" w14:textId="77777777" w:rsidR="007C34AA" w:rsidRDefault="00000000">
      <w:pPr>
        <w:spacing w:after="20" w:line="520" w:lineRule="exact"/>
        <w:rPr>
          <w:lang w:eastAsia="zh-CN"/>
        </w:rPr>
      </w:pPr>
      <w:r>
        <w:rPr>
          <w:rFonts w:cs="Times New Roman"/>
          <w:lang w:eastAsia="zh-CN"/>
        </w:rPr>
        <w:t xml:space="preserve">□ </w:t>
      </w:r>
      <w:r>
        <w:rPr>
          <w:rFonts w:cs="Times New Roman"/>
          <w:lang w:eastAsia="zh-CN"/>
        </w:rPr>
        <w:t>比较了解，知道它比普通</w:t>
      </w:r>
      <w:r>
        <w:rPr>
          <w:rFonts w:cs="Times New Roman"/>
          <w:lang w:eastAsia="zh-CN"/>
        </w:rPr>
        <w:t>AI</w:t>
      </w:r>
      <w:r>
        <w:rPr>
          <w:rFonts w:cs="Times New Roman"/>
          <w:lang w:eastAsia="zh-CN"/>
        </w:rPr>
        <w:t>聊天更能</w:t>
      </w:r>
      <w:r>
        <w:rPr>
          <w:rFonts w:cs="Times New Roman"/>
          <w:lang w:eastAsia="zh-CN"/>
        </w:rPr>
        <w:t>“</w:t>
      </w:r>
      <w:r>
        <w:rPr>
          <w:rFonts w:cs="Times New Roman"/>
          <w:lang w:eastAsia="zh-CN"/>
        </w:rPr>
        <w:t>自主规划、分步执行</w:t>
      </w:r>
      <w:r>
        <w:rPr>
          <w:rFonts w:cs="Times New Roman"/>
          <w:lang w:eastAsia="zh-CN"/>
        </w:rPr>
        <w:t>”</w:t>
      </w:r>
      <w:r>
        <w:rPr>
          <w:rFonts w:cs="Times New Roman"/>
          <w:lang w:eastAsia="zh-CN"/>
        </w:rPr>
        <w:t>任务</w:t>
      </w:r>
    </w:p>
    <w:p w14:paraId="3CE1FB78" w14:textId="77777777" w:rsidR="007C34AA" w:rsidRDefault="00000000">
      <w:pPr>
        <w:spacing w:after="20" w:line="520" w:lineRule="exact"/>
        <w:rPr>
          <w:lang w:eastAsia="zh-CN"/>
        </w:rPr>
      </w:pPr>
      <w:r>
        <w:rPr>
          <w:rFonts w:cs="Times New Roman"/>
          <w:lang w:eastAsia="zh-CN"/>
        </w:rPr>
        <w:t xml:space="preserve">□ </w:t>
      </w:r>
      <w:r>
        <w:rPr>
          <w:rFonts w:cs="Times New Roman"/>
          <w:lang w:eastAsia="zh-CN"/>
        </w:rPr>
        <w:t>非常了解，自己动手搭建或配置过智能体</w:t>
      </w:r>
    </w:p>
    <w:p w14:paraId="44790C27" w14:textId="77777777" w:rsidR="007C34AA" w:rsidRDefault="00000000">
      <w:pPr>
        <w:spacing w:before="120" w:after="40" w:line="540" w:lineRule="exact"/>
        <w:rPr>
          <w:lang w:eastAsia="zh-CN"/>
        </w:rPr>
      </w:pPr>
      <w:r>
        <w:rPr>
          <w:rFonts w:cs="Times New Roman"/>
          <w:sz w:val="30"/>
          <w:lang w:eastAsia="zh-CN"/>
        </w:rPr>
        <w:t>5.</w:t>
      </w:r>
      <w:r>
        <w:rPr>
          <w:rFonts w:cs="Times New Roman"/>
          <w:sz w:val="30"/>
          <w:lang w:eastAsia="zh-CN"/>
        </w:rPr>
        <w:t>下列关于智能体的说法，你认为正确的是［单选题］</w:t>
      </w:r>
      <w:r>
        <w:rPr>
          <w:rFonts w:cs="Times New Roman"/>
          <w:sz w:val="30"/>
          <w:lang w:eastAsia="zh-CN"/>
        </w:rPr>
        <w:t xml:space="preserve"> *</w:t>
      </w:r>
    </w:p>
    <w:p w14:paraId="72D3FAAC" w14:textId="77777777" w:rsidR="007C34AA" w:rsidRDefault="00000000">
      <w:pPr>
        <w:spacing w:after="20" w:line="520" w:lineRule="exact"/>
        <w:rPr>
          <w:lang w:eastAsia="zh-CN"/>
        </w:rPr>
      </w:pPr>
      <w:r>
        <w:rPr>
          <w:rFonts w:cs="Times New Roman"/>
          <w:lang w:eastAsia="zh-CN"/>
        </w:rPr>
        <w:t xml:space="preserve">□ </w:t>
      </w:r>
      <w:r>
        <w:rPr>
          <w:rFonts w:cs="Times New Roman"/>
          <w:lang w:eastAsia="zh-CN"/>
        </w:rPr>
        <w:t>智能体不仅能对话，还能自主规划步骤、调用工具完成复杂任务</w:t>
      </w:r>
    </w:p>
    <w:p w14:paraId="494495C4" w14:textId="77777777" w:rsidR="007C34AA" w:rsidRDefault="00000000">
      <w:pPr>
        <w:spacing w:after="20" w:line="520" w:lineRule="exact"/>
        <w:rPr>
          <w:lang w:eastAsia="zh-CN"/>
        </w:rPr>
      </w:pPr>
      <w:r>
        <w:rPr>
          <w:rFonts w:cs="Times New Roman"/>
          <w:lang w:eastAsia="zh-CN"/>
        </w:rPr>
        <w:t xml:space="preserve">□ </w:t>
      </w:r>
      <w:r>
        <w:rPr>
          <w:rFonts w:cs="Times New Roman"/>
          <w:lang w:eastAsia="zh-CN"/>
        </w:rPr>
        <w:t>智能体生成的所有内容都是准确的，可以直接用于作业</w:t>
      </w:r>
    </w:p>
    <w:p w14:paraId="67324EA7" w14:textId="77777777" w:rsidR="007C34AA" w:rsidRDefault="00000000">
      <w:pPr>
        <w:spacing w:after="20" w:line="520" w:lineRule="exact"/>
        <w:rPr>
          <w:lang w:eastAsia="zh-CN"/>
        </w:rPr>
      </w:pPr>
      <w:r>
        <w:rPr>
          <w:rFonts w:cs="Times New Roman"/>
          <w:lang w:eastAsia="zh-CN"/>
        </w:rPr>
        <w:t xml:space="preserve">□ </w:t>
      </w:r>
      <w:r>
        <w:rPr>
          <w:rFonts w:cs="Times New Roman"/>
          <w:lang w:eastAsia="zh-CN"/>
        </w:rPr>
        <w:t>智能体与普通搜索引擎没有区别</w:t>
      </w:r>
    </w:p>
    <w:p w14:paraId="10003D54" w14:textId="77777777" w:rsidR="007C34AA" w:rsidRDefault="00000000">
      <w:pPr>
        <w:spacing w:after="20" w:line="520" w:lineRule="exact"/>
        <w:rPr>
          <w:lang w:eastAsia="zh-CN"/>
        </w:rPr>
      </w:pPr>
      <w:r>
        <w:rPr>
          <w:rFonts w:cs="Times New Roman"/>
          <w:lang w:eastAsia="zh-CN"/>
        </w:rPr>
        <w:t xml:space="preserve">□ </w:t>
      </w:r>
      <w:r>
        <w:rPr>
          <w:rFonts w:cs="Times New Roman"/>
          <w:lang w:eastAsia="zh-CN"/>
        </w:rPr>
        <w:t>把身份证号、家庭住址等个人信息告诉智能体没有风险</w:t>
      </w:r>
    </w:p>
    <w:p w14:paraId="743D7F20" w14:textId="77777777" w:rsidR="007C34AA" w:rsidRDefault="00000000">
      <w:pPr>
        <w:spacing w:before="200" w:after="40"/>
        <w:rPr>
          <w:lang w:eastAsia="zh-CN"/>
        </w:rPr>
      </w:pPr>
      <w:r>
        <w:rPr>
          <w:rFonts w:eastAsia="黑体" w:cs="Times New Roman"/>
          <w:sz w:val="30"/>
          <w:lang w:eastAsia="zh-CN"/>
        </w:rPr>
        <w:lastRenderedPageBreak/>
        <w:t>三、智能体使用情况</w:t>
      </w:r>
    </w:p>
    <w:p w14:paraId="7642F6FE" w14:textId="77777777" w:rsidR="007C34AA" w:rsidRDefault="00000000">
      <w:pPr>
        <w:spacing w:before="120" w:after="40" w:line="540" w:lineRule="exact"/>
        <w:rPr>
          <w:lang w:eastAsia="zh-CN"/>
        </w:rPr>
      </w:pPr>
      <w:r>
        <w:rPr>
          <w:rFonts w:cs="Times New Roman"/>
          <w:sz w:val="30"/>
          <w:lang w:eastAsia="zh-CN"/>
        </w:rPr>
        <w:t>6.</w:t>
      </w:r>
      <w:r>
        <w:rPr>
          <w:rFonts w:cs="Times New Roman"/>
          <w:sz w:val="30"/>
          <w:lang w:eastAsia="zh-CN"/>
        </w:rPr>
        <w:t>你使用智能体（</w:t>
      </w:r>
      <w:r>
        <w:rPr>
          <w:rFonts w:cs="Times New Roman"/>
          <w:sz w:val="30"/>
          <w:lang w:eastAsia="zh-CN"/>
        </w:rPr>
        <w:t>AI Agent</w:t>
      </w:r>
      <w:r>
        <w:rPr>
          <w:rFonts w:cs="Times New Roman"/>
          <w:sz w:val="30"/>
          <w:lang w:eastAsia="zh-CN"/>
        </w:rPr>
        <w:t>）的频率［单选题］</w:t>
      </w:r>
      <w:r>
        <w:rPr>
          <w:rFonts w:cs="Times New Roman"/>
          <w:sz w:val="30"/>
          <w:lang w:eastAsia="zh-CN"/>
        </w:rPr>
        <w:t xml:space="preserve"> *</w:t>
      </w:r>
    </w:p>
    <w:p w14:paraId="020A5E98" w14:textId="77777777" w:rsidR="007C34AA" w:rsidRDefault="00000000">
      <w:pPr>
        <w:spacing w:after="20" w:line="520" w:lineRule="exact"/>
        <w:rPr>
          <w:lang w:eastAsia="zh-CN"/>
        </w:rPr>
      </w:pPr>
      <w:r>
        <w:rPr>
          <w:rFonts w:cs="Times New Roman"/>
          <w:lang w:eastAsia="zh-CN"/>
        </w:rPr>
        <w:t xml:space="preserve">□ </w:t>
      </w:r>
      <w:r>
        <w:rPr>
          <w:rFonts w:cs="Times New Roman"/>
          <w:lang w:eastAsia="zh-CN"/>
        </w:rPr>
        <w:t>从未使用</w:t>
      </w:r>
    </w:p>
    <w:p w14:paraId="62DBAB7B" w14:textId="77777777" w:rsidR="007C34AA" w:rsidRDefault="00000000">
      <w:pPr>
        <w:spacing w:after="20" w:line="520" w:lineRule="exact"/>
        <w:rPr>
          <w:lang w:eastAsia="zh-CN"/>
        </w:rPr>
      </w:pPr>
      <w:r>
        <w:rPr>
          <w:rFonts w:cs="Times New Roman"/>
          <w:lang w:eastAsia="zh-CN"/>
        </w:rPr>
        <w:t xml:space="preserve">□ </w:t>
      </w:r>
      <w:r>
        <w:rPr>
          <w:rFonts w:cs="Times New Roman"/>
          <w:lang w:eastAsia="zh-CN"/>
        </w:rPr>
        <w:t>偶尔尝试</w:t>
      </w:r>
    </w:p>
    <w:p w14:paraId="204E8BB8" w14:textId="77777777" w:rsidR="007C34AA" w:rsidRDefault="00000000">
      <w:pPr>
        <w:spacing w:after="20" w:line="520" w:lineRule="exact"/>
        <w:rPr>
          <w:lang w:eastAsia="zh-CN"/>
        </w:rPr>
      </w:pPr>
      <w:r>
        <w:rPr>
          <w:rFonts w:cs="Times New Roman"/>
          <w:lang w:eastAsia="zh-CN"/>
        </w:rPr>
        <w:t xml:space="preserve">□ </w:t>
      </w:r>
      <w:r>
        <w:rPr>
          <w:rFonts w:cs="Times New Roman"/>
          <w:lang w:eastAsia="zh-CN"/>
        </w:rPr>
        <w:t>每月使用</w:t>
      </w:r>
    </w:p>
    <w:p w14:paraId="0052C9E5" w14:textId="77777777" w:rsidR="007C34AA" w:rsidRDefault="00000000">
      <w:pPr>
        <w:spacing w:after="20" w:line="520" w:lineRule="exact"/>
      </w:pPr>
      <w:r>
        <w:rPr>
          <w:rFonts w:cs="Times New Roman"/>
        </w:rPr>
        <w:t xml:space="preserve">□ </w:t>
      </w:r>
      <w:r>
        <w:rPr>
          <w:rFonts w:cs="Times New Roman"/>
        </w:rPr>
        <w:t>每周使用</w:t>
      </w:r>
    </w:p>
    <w:p w14:paraId="03180493" w14:textId="77777777" w:rsidR="007C34AA" w:rsidRDefault="00000000">
      <w:pPr>
        <w:spacing w:after="20" w:line="520" w:lineRule="exact"/>
      </w:pPr>
      <w:r>
        <w:rPr>
          <w:rFonts w:cs="Times New Roman"/>
        </w:rPr>
        <w:t xml:space="preserve">□ </w:t>
      </w:r>
      <w:r>
        <w:rPr>
          <w:rFonts w:cs="Times New Roman"/>
        </w:rPr>
        <w:t>几乎每天使用</w:t>
      </w:r>
    </w:p>
    <w:p w14:paraId="4B743F97" w14:textId="77777777" w:rsidR="007C34AA" w:rsidRDefault="00000000">
      <w:pPr>
        <w:spacing w:before="120" w:after="40" w:line="540" w:lineRule="exact"/>
        <w:rPr>
          <w:lang w:eastAsia="zh-CN"/>
        </w:rPr>
      </w:pPr>
      <w:r>
        <w:rPr>
          <w:rFonts w:cs="Times New Roman"/>
          <w:sz w:val="30"/>
          <w:lang w:eastAsia="zh-CN"/>
        </w:rPr>
        <w:t>7.</w:t>
      </w:r>
      <w:r>
        <w:rPr>
          <w:rFonts w:cs="Times New Roman"/>
          <w:sz w:val="30"/>
          <w:lang w:eastAsia="zh-CN"/>
        </w:rPr>
        <w:t>你使用过以下哪些智能体（可多选）［多选题］</w:t>
      </w:r>
      <w:r>
        <w:rPr>
          <w:rFonts w:cs="Times New Roman"/>
          <w:sz w:val="30"/>
          <w:lang w:eastAsia="zh-CN"/>
        </w:rPr>
        <w:t xml:space="preserve"> *</w:t>
      </w:r>
    </w:p>
    <w:p w14:paraId="45B850F2" w14:textId="77777777" w:rsidR="007C34AA" w:rsidRDefault="00000000">
      <w:pPr>
        <w:spacing w:after="20" w:line="520" w:lineRule="exact"/>
      </w:pPr>
      <w:r>
        <w:rPr>
          <w:rFonts w:cs="Times New Roman"/>
        </w:rPr>
        <w:t xml:space="preserve">□ </w:t>
      </w:r>
      <w:r>
        <w:rPr>
          <w:rFonts w:cs="Times New Roman"/>
        </w:rPr>
        <w:t>未使用</w:t>
      </w:r>
    </w:p>
    <w:p w14:paraId="4B062A4E" w14:textId="77777777" w:rsidR="007C34AA" w:rsidRDefault="00000000">
      <w:pPr>
        <w:spacing w:after="20" w:line="520" w:lineRule="exact"/>
      </w:pPr>
      <w:r>
        <w:rPr>
          <w:rFonts w:cs="Times New Roman"/>
        </w:rPr>
        <w:t xml:space="preserve">□ </w:t>
      </w:r>
      <w:r>
        <w:rPr>
          <w:rFonts w:cs="Times New Roman"/>
        </w:rPr>
        <w:t>通用</w:t>
      </w:r>
      <w:r>
        <w:rPr>
          <w:rFonts w:cs="Times New Roman"/>
        </w:rPr>
        <w:t>AI</w:t>
      </w:r>
      <w:r>
        <w:rPr>
          <w:rFonts w:cs="Times New Roman"/>
        </w:rPr>
        <w:t>助手（豆包、</w:t>
      </w:r>
      <w:r>
        <w:rPr>
          <w:rFonts w:cs="Times New Roman"/>
        </w:rPr>
        <w:t>DeepSeek</w:t>
      </w:r>
      <w:r>
        <w:rPr>
          <w:rFonts w:cs="Times New Roman"/>
        </w:rPr>
        <w:t>、文心一言、</w:t>
      </w:r>
      <w:r>
        <w:rPr>
          <w:rFonts w:cs="Times New Roman"/>
        </w:rPr>
        <w:t>Kimi</w:t>
      </w:r>
      <w:r>
        <w:rPr>
          <w:rFonts w:cs="Times New Roman"/>
        </w:rPr>
        <w:t>、腾讯元宝等）</w:t>
      </w:r>
    </w:p>
    <w:p w14:paraId="4691DCBC" w14:textId="77777777" w:rsidR="007C34AA" w:rsidRDefault="00000000">
      <w:pPr>
        <w:spacing w:after="20" w:line="520" w:lineRule="exact"/>
      </w:pPr>
      <w:r>
        <w:rPr>
          <w:rFonts w:cs="Times New Roman"/>
        </w:rPr>
        <w:t xml:space="preserve">□ </w:t>
      </w:r>
      <w:r>
        <w:rPr>
          <w:rFonts w:cs="Times New Roman"/>
        </w:rPr>
        <w:t>智能体平台上搭建的作品（扣子</w:t>
      </w:r>
      <w:r>
        <w:rPr>
          <w:rFonts w:cs="Times New Roman"/>
        </w:rPr>
        <w:t>/Coze</w:t>
      </w:r>
      <w:r>
        <w:rPr>
          <w:rFonts w:cs="Times New Roman"/>
        </w:rPr>
        <w:t>、文心智能体等）</w:t>
      </w:r>
    </w:p>
    <w:p w14:paraId="64CDEF70" w14:textId="77777777" w:rsidR="007C34AA" w:rsidRDefault="00000000">
      <w:pPr>
        <w:spacing w:after="20" w:line="520" w:lineRule="exact"/>
        <w:rPr>
          <w:lang w:eastAsia="zh-CN"/>
        </w:rPr>
      </w:pPr>
      <w:r>
        <w:rPr>
          <w:rFonts w:cs="Times New Roman"/>
          <w:lang w:eastAsia="zh-CN"/>
        </w:rPr>
        <w:t xml:space="preserve">□ </w:t>
      </w:r>
      <w:r>
        <w:rPr>
          <w:rFonts w:cs="Times New Roman"/>
          <w:lang w:eastAsia="zh-CN"/>
        </w:rPr>
        <w:t>学校提供的智能体（课程答疑智能体、虚拟助教等）</w:t>
      </w:r>
    </w:p>
    <w:p w14:paraId="4B677F0B" w14:textId="77777777" w:rsidR="007C34AA" w:rsidRDefault="00000000">
      <w:pPr>
        <w:spacing w:after="20" w:line="520" w:lineRule="exact"/>
        <w:rPr>
          <w:lang w:eastAsia="zh-CN"/>
        </w:rPr>
      </w:pPr>
      <w:r>
        <w:rPr>
          <w:rFonts w:cs="Times New Roman"/>
          <w:lang w:eastAsia="zh-CN"/>
        </w:rPr>
        <w:t xml:space="preserve">□ </w:t>
      </w:r>
      <w:r>
        <w:rPr>
          <w:rFonts w:cs="Times New Roman"/>
          <w:lang w:eastAsia="zh-CN"/>
        </w:rPr>
        <w:t>编程与学习类智能体（代码助手、错题分析助手）</w:t>
      </w:r>
    </w:p>
    <w:p w14:paraId="5C819D4A" w14:textId="77777777" w:rsidR="007C34AA" w:rsidRDefault="00000000">
      <w:pPr>
        <w:spacing w:after="20" w:line="520" w:lineRule="exact"/>
        <w:rPr>
          <w:lang w:eastAsia="zh-CN"/>
        </w:rPr>
      </w:pPr>
      <w:r>
        <w:rPr>
          <w:rFonts w:cs="Times New Roman"/>
          <w:lang w:eastAsia="zh-CN"/>
        </w:rPr>
        <w:t xml:space="preserve">□ </w:t>
      </w:r>
      <w:r>
        <w:rPr>
          <w:rFonts w:cs="Times New Roman"/>
          <w:lang w:eastAsia="zh-CN"/>
        </w:rPr>
        <w:t>其他（请注明）</w:t>
      </w:r>
    </w:p>
    <w:p w14:paraId="737C06FB" w14:textId="77777777" w:rsidR="007C34AA" w:rsidRDefault="00000000">
      <w:pPr>
        <w:spacing w:before="120" w:after="40" w:line="540" w:lineRule="exact"/>
        <w:rPr>
          <w:lang w:eastAsia="zh-CN"/>
        </w:rPr>
      </w:pPr>
      <w:r>
        <w:rPr>
          <w:rFonts w:cs="Times New Roman"/>
          <w:sz w:val="30"/>
          <w:lang w:eastAsia="zh-CN"/>
        </w:rPr>
        <w:t>8.</w:t>
      </w:r>
      <w:r>
        <w:rPr>
          <w:rFonts w:cs="Times New Roman"/>
          <w:sz w:val="30"/>
          <w:lang w:eastAsia="zh-CN"/>
        </w:rPr>
        <w:t>你主要在以下哪些学习环节使用智能体（可多选）［多选题］</w:t>
      </w:r>
      <w:r>
        <w:rPr>
          <w:rFonts w:cs="Times New Roman"/>
          <w:sz w:val="30"/>
          <w:lang w:eastAsia="zh-CN"/>
        </w:rPr>
        <w:t xml:space="preserve"> *</w:t>
      </w:r>
    </w:p>
    <w:p w14:paraId="7824C8FC" w14:textId="77777777" w:rsidR="007C34AA" w:rsidRDefault="00000000">
      <w:pPr>
        <w:spacing w:after="20" w:line="520" w:lineRule="exact"/>
        <w:rPr>
          <w:lang w:eastAsia="zh-CN"/>
        </w:rPr>
      </w:pPr>
      <w:r>
        <w:rPr>
          <w:rFonts w:cs="Times New Roman"/>
          <w:lang w:eastAsia="zh-CN"/>
        </w:rPr>
        <w:t xml:space="preserve">□ </w:t>
      </w:r>
      <w:r>
        <w:rPr>
          <w:rFonts w:cs="Times New Roman"/>
          <w:lang w:eastAsia="zh-CN"/>
        </w:rPr>
        <w:t>未使用</w:t>
      </w:r>
    </w:p>
    <w:p w14:paraId="363F6ADA" w14:textId="77777777" w:rsidR="007C34AA" w:rsidRDefault="00000000">
      <w:pPr>
        <w:spacing w:after="20" w:line="520" w:lineRule="exact"/>
        <w:rPr>
          <w:lang w:eastAsia="zh-CN"/>
        </w:rPr>
      </w:pPr>
      <w:r>
        <w:rPr>
          <w:rFonts w:cs="Times New Roman"/>
          <w:lang w:eastAsia="zh-CN"/>
        </w:rPr>
        <w:t xml:space="preserve">□ </w:t>
      </w:r>
      <w:r>
        <w:rPr>
          <w:rFonts w:cs="Times New Roman"/>
          <w:lang w:eastAsia="zh-CN"/>
        </w:rPr>
        <w:t>课前预习（梳理重点难点、生成学习提纲）</w:t>
      </w:r>
    </w:p>
    <w:p w14:paraId="39F2F80D" w14:textId="77777777" w:rsidR="007C34AA" w:rsidRDefault="00000000">
      <w:pPr>
        <w:spacing w:after="20" w:line="520" w:lineRule="exact"/>
        <w:rPr>
          <w:lang w:eastAsia="zh-CN"/>
        </w:rPr>
      </w:pPr>
      <w:r>
        <w:rPr>
          <w:rFonts w:cs="Times New Roman"/>
          <w:lang w:eastAsia="zh-CN"/>
        </w:rPr>
        <w:t xml:space="preserve">□ </w:t>
      </w:r>
      <w:r>
        <w:rPr>
          <w:rFonts w:cs="Times New Roman"/>
          <w:lang w:eastAsia="zh-CN"/>
        </w:rPr>
        <w:t>课堂学习（随堂答疑、知识点讲解）</w:t>
      </w:r>
    </w:p>
    <w:p w14:paraId="3922CFCF" w14:textId="77777777" w:rsidR="007C34AA" w:rsidRDefault="00000000">
      <w:pPr>
        <w:spacing w:after="20" w:line="520" w:lineRule="exact"/>
        <w:rPr>
          <w:lang w:eastAsia="zh-CN"/>
        </w:rPr>
      </w:pPr>
      <w:r>
        <w:rPr>
          <w:rFonts w:cs="Times New Roman"/>
          <w:lang w:eastAsia="zh-CN"/>
        </w:rPr>
        <w:t xml:space="preserve">□ </w:t>
      </w:r>
      <w:r>
        <w:rPr>
          <w:rFonts w:cs="Times New Roman"/>
          <w:lang w:eastAsia="zh-CN"/>
        </w:rPr>
        <w:t>作业与复习（解题思路、错题分析、知识总结）</w:t>
      </w:r>
    </w:p>
    <w:p w14:paraId="078AFDD0" w14:textId="77777777" w:rsidR="007C34AA" w:rsidRDefault="00000000">
      <w:pPr>
        <w:spacing w:after="20" w:line="520" w:lineRule="exact"/>
        <w:rPr>
          <w:lang w:eastAsia="zh-CN"/>
        </w:rPr>
      </w:pPr>
      <w:r>
        <w:rPr>
          <w:rFonts w:cs="Times New Roman"/>
          <w:lang w:eastAsia="zh-CN"/>
        </w:rPr>
        <w:t xml:space="preserve">□ </w:t>
      </w:r>
      <w:r>
        <w:rPr>
          <w:rFonts w:cs="Times New Roman"/>
          <w:lang w:eastAsia="zh-CN"/>
        </w:rPr>
        <w:t>实训与实践（操作指导、任务陪伴、故障排查）</w:t>
      </w:r>
    </w:p>
    <w:p w14:paraId="7A37BE38" w14:textId="77777777" w:rsidR="007C34AA" w:rsidRDefault="00000000">
      <w:pPr>
        <w:spacing w:after="20" w:line="520" w:lineRule="exact"/>
        <w:rPr>
          <w:lang w:eastAsia="zh-CN"/>
        </w:rPr>
      </w:pPr>
      <w:r>
        <w:rPr>
          <w:rFonts w:cs="Times New Roman"/>
          <w:lang w:eastAsia="zh-CN"/>
        </w:rPr>
        <w:t xml:space="preserve">□ </w:t>
      </w:r>
      <w:r>
        <w:rPr>
          <w:rFonts w:cs="Times New Roman"/>
          <w:lang w:eastAsia="zh-CN"/>
        </w:rPr>
        <w:t>技能提升（模拟岗位任务、模拟面试、职业技能训练）</w:t>
      </w:r>
    </w:p>
    <w:p w14:paraId="47896A3F" w14:textId="77777777" w:rsidR="007C34AA" w:rsidRDefault="00000000">
      <w:pPr>
        <w:spacing w:after="20" w:line="520" w:lineRule="exact"/>
        <w:rPr>
          <w:lang w:eastAsia="zh-CN"/>
        </w:rPr>
      </w:pPr>
      <w:r>
        <w:rPr>
          <w:rFonts w:cs="Times New Roman"/>
          <w:lang w:eastAsia="zh-CN"/>
        </w:rPr>
        <w:t xml:space="preserve">□ </w:t>
      </w:r>
      <w:r>
        <w:rPr>
          <w:rFonts w:cs="Times New Roman"/>
          <w:lang w:eastAsia="zh-CN"/>
        </w:rPr>
        <w:t>资料整理与创作（写材料、做</w:t>
      </w:r>
      <w:r>
        <w:rPr>
          <w:rFonts w:cs="Times New Roman"/>
          <w:lang w:eastAsia="zh-CN"/>
        </w:rPr>
        <w:t>PPT</w:t>
      </w:r>
      <w:r>
        <w:rPr>
          <w:rFonts w:cs="Times New Roman"/>
          <w:lang w:eastAsia="zh-CN"/>
        </w:rPr>
        <w:t>、处理数据、翻译）</w:t>
      </w:r>
    </w:p>
    <w:p w14:paraId="7DBDCF1F" w14:textId="77777777" w:rsidR="007C34AA" w:rsidRDefault="00000000">
      <w:pPr>
        <w:spacing w:after="20" w:line="520" w:lineRule="exact"/>
        <w:rPr>
          <w:lang w:eastAsia="zh-CN"/>
        </w:rPr>
      </w:pPr>
      <w:r>
        <w:rPr>
          <w:rFonts w:cs="Times New Roman"/>
          <w:lang w:eastAsia="zh-CN"/>
        </w:rPr>
        <w:lastRenderedPageBreak/>
        <w:t xml:space="preserve">□ </w:t>
      </w:r>
      <w:r>
        <w:rPr>
          <w:rFonts w:cs="Times New Roman"/>
          <w:lang w:eastAsia="zh-CN"/>
        </w:rPr>
        <w:t>竞赛与创新（创意激发、方案打磨）</w:t>
      </w:r>
    </w:p>
    <w:p w14:paraId="75BFC91A" w14:textId="77777777" w:rsidR="007C34AA" w:rsidRDefault="00000000">
      <w:pPr>
        <w:spacing w:after="20" w:line="520" w:lineRule="exact"/>
        <w:rPr>
          <w:lang w:eastAsia="zh-CN"/>
        </w:rPr>
      </w:pPr>
      <w:r>
        <w:rPr>
          <w:rFonts w:cs="Times New Roman"/>
          <w:lang w:eastAsia="zh-CN"/>
        </w:rPr>
        <w:t xml:space="preserve">□ </w:t>
      </w:r>
      <w:r>
        <w:rPr>
          <w:rFonts w:cs="Times New Roman"/>
          <w:lang w:eastAsia="zh-CN"/>
        </w:rPr>
        <w:t>其他（请注明）</w:t>
      </w:r>
    </w:p>
    <w:p w14:paraId="5992D990" w14:textId="77777777" w:rsidR="007C34AA" w:rsidRDefault="00000000">
      <w:pPr>
        <w:spacing w:before="120" w:after="40" w:line="540" w:lineRule="exact"/>
        <w:rPr>
          <w:lang w:eastAsia="zh-CN"/>
        </w:rPr>
      </w:pPr>
      <w:r>
        <w:rPr>
          <w:rFonts w:cs="Times New Roman"/>
          <w:sz w:val="30"/>
          <w:lang w:eastAsia="zh-CN"/>
        </w:rPr>
        <w:t>9.</w:t>
      </w:r>
      <w:r>
        <w:rPr>
          <w:rFonts w:cs="Times New Roman"/>
          <w:sz w:val="30"/>
          <w:lang w:eastAsia="zh-CN"/>
        </w:rPr>
        <w:t>你对智能体所给信息的信任程度是［单选题］</w:t>
      </w:r>
      <w:r>
        <w:rPr>
          <w:rFonts w:cs="Times New Roman"/>
          <w:sz w:val="30"/>
          <w:lang w:eastAsia="zh-CN"/>
        </w:rPr>
        <w:t xml:space="preserve"> *</w:t>
      </w:r>
    </w:p>
    <w:p w14:paraId="71B15189" w14:textId="77777777" w:rsidR="007C34AA" w:rsidRDefault="00000000">
      <w:pPr>
        <w:spacing w:after="20" w:line="520" w:lineRule="exact"/>
        <w:rPr>
          <w:lang w:eastAsia="zh-CN"/>
        </w:rPr>
      </w:pPr>
      <w:r>
        <w:rPr>
          <w:rFonts w:cs="Times New Roman"/>
          <w:lang w:eastAsia="zh-CN"/>
        </w:rPr>
        <w:t xml:space="preserve">□ </w:t>
      </w:r>
      <w:r>
        <w:rPr>
          <w:rFonts w:cs="Times New Roman"/>
          <w:lang w:eastAsia="zh-CN"/>
        </w:rPr>
        <w:t>完全信任，直接使用</w:t>
      </w:r>
    </w:p>
    <w:p w14:paraId="3A91E803" w14:textId="77777777" w:rsidR="007C34AA" w:rsidRDefault="00000000">
      <w:pPr>
        <w:spacing w:after="20" w:line="520" w:lineRule="exact"/>
        <w:rPr>
          <w:lang w:eastAsia="zh-CN"/>
        </w:rPr>
      </w:pPr>
      <w:r>
        <w:rPr>
          <w:rFonts w:cs="Times New Roman"/>
          <w:lang w:eastAsia="zh-CN"/>
        </w:rPr>
        <w:t xml:space="preserve">□ </w:t>
      </w:r>
      <w:r>
        <w:rPr>
          <w:rFonts w:cs="Times New Roman"/>
          <w:lang w:eastAsia="zh-CN"/>
        </w:rPr>
        <w:t>大部分信任，偶尔核对</w:t>
      </w:r>
    </w:p>
    <w:p w14:paraId="0A7E7CA8" w14:textId="77777777" w:rsidR="007C34AA" w:rsidRDefault="00000000">
      <w:pPr>
        <w:spacing w:after="20" w:line="520" w:lineRule="exact"/>
        <w:rPr>
          <w:lang w:eastAsia="zh-CN"/>
        </w:rPr>
      </w:pPr>
      <w:r>
        <w:rPr>
          <w:rFonts w:cs="Times New Roman"/>
          <w:lang w:eastAsia="zh-CN"/>
        </w:rPr>
        <w:t xml:space="preserve">□ </w:t>
      </w:r>
      <w:r>
        <w:rPr>
          <w:rFonts w:cs="Times New Roman"/>
          <w:lang w:eastAsia="zh-CN"/>
        </w:rPr>
        <w:t>半信半疑，会主动查证</w:t>
      </w:r>
    </w:p>
    <w:p w14:paraId="3180EA09" w14:textId="77777777" w:rsidR="007C34AA" w:rsidRDefault="00000000">
      <w:pPr>
        <w:spacing w:after="20" w:line="520" w:lineRule="exact"/>
        <w:rPr>
          <w:lang w:eastAsia="zh-CN"/>
        </w:rPr>
      </w:pPr>
      <w:r>
        <w:rPr>
          <w:rFonts w:cs="Times New Roman"/>
          <w:lang w:eastAsia="zh-CN"/>
        </w:rPr>
        <w:t xml:space="preserve">□ </w:t>
      </w:r>
      <w:r>
        <w:rPr>
          <w:rFonts w:cs="Times New Roman"/>
          <w:lang w:eastAsia="zh-CN"/>
        </w:rPr>
        <w:t>不太信任，主要靠自己判断</w:t>
      </w:r>
    </w:p>
    <w:p w14:paraId="399F2D2B" w14:textId="77777777" w:rsidR="007C34AA" w:rsidRDefault="00000000">
      <w:pPr>
        <w:spacing w:after="20" w:line="520" w:lineRule="exact"/>
        <w:rPr>
          <w:lang w:eastAsia="zh-CN"/>
        </w:rPr>
      </w:pPr>
      <w:r>
        <w:rPr>
          <w:rFonts w:cs="Times New Roman"/>
          <w:lang w:eastAsia="zh-CN"/>
        </w:rPr>
        <w:t xml:space="preserve">□ </w:t>
      </w:r>
      <w:r>
        <w:rPr>
          <w:rFonts w:cs="Times New Roman"/>
          <w:lang w:eastAsia="zh-CN"/>
        </w:rPr>
        <w:t>完全不信任</w:t>
      </w:r>
    </w:p>
    <w:p w14:paraId="2A94928E" w14:textId="77777777" w:rsidR="007C34AA" w:rsidRDefault="00000000">
      <w:pPr>
        <w:spacing w:before="120" w:after="40" w:line="540" w:lineRule="exact"/>
        <w:rPr>
          <w:lang w:eastAsia="zh-CN"/>
        </w:rPr>
      </w:pPr>
      <w:r>
        <w:rPr>
          <w:rFonts w:cs="Times New Roman"/>
          <w:sz w:val="30"/>
          <w:lang w:eastAsia="zh-CN"/>
        </w:rPr>
        <w:t>10.</w:t>
      </w:r>
      <w:r>
        <w:rPr>
          <w:rFonts w:cs="Times New Roman"/>
          <w:sz w:val="30"/>
          <w:lang w:eastAsia="zh-CN"/>
        </w:rPr>
        <w:t>使用智能体辅助学习时，你会做以下哪些事（可多选）［多选题］</w:t>
      </w:r>
      <w:r>
        <w:rPr>
          <w:rFonts w:cs="Times New Roman"/>
          <w:sz w:val="30"/>
          <w:lang w:eastAsia="zh-CN"/>
        </w:rPr>
        <w:t xml:space="preserve"> *</w:t>
      </w:r>
    </w:p>
    <w:p w14:paraId="20C71373" w14:textId="77777777" w:rsidR="007C34AA" w:rsidRDefault="00000000">
      <w:pPr>
        <w:spacing w:after="20" w:line="520" w:lineRule="exact"/>
        <w:rPr>
          <w:lang w:eastAsia="zh-CN"/>
        </w:rPr>
      </w:pPr>
      <w:r>
        <w:rPr>
          <w:rFonts w:cs="Times New Roman"/>
          <w:lang w:eastAsia="zh-CN"/>
        </w:rPr>
        <w:t xml:space="preserve">□ </w:t>
      </w:r>
      <w:r>
        <w:rPr>
          <w:rFonts w:cs="Times New Roman"/>
          <w:lang w:eastAsia="zh-CN"/>
        </w:rPr>
        <w:t>不核对，直接复制使用</w:t>
      </w:r>
    </w:p>
    <w:p w14:paraId="1041EFA8" w14:textId="77777777" w:rsidR="007C34AA" w:rsidRDefault="00000000">
      <w:pPr>
        <w:spacing w:after="20" w:line="520" w:lineRule="exact"/>
        <w:rPr>
          <w:lang w:eastAsia="zh-CN"/>
        </w:rPr>
      </w:pPr>
      <w:r>
        <w:rPr>
          <w:rFonts w:cs="Times New Roman"/>
          <w:lang w:eastAsia="zh-CN"/>
        </w:rPr>
        <w:t xml:space="preserve">□ </w:t>
      </w:r>
      <w:r>
        <w:rPr>
          <w:rFonts w:cs="Times New Roman"/>
          <w:lang w:eastAsia="zh-CN"/>
        </w:rPr>
        <w:t>核对关键数据与事实来源</w:t>
      </w:r>
    </w:p>
    <w:p w14:paraId="4C93C171" w14:textId="77777777" w:rsidR="007C34AA" w:rsidRDefault="00000000">
      <w:pPr>
        <w:spacing w:after="20" w:line="520" w:lineRule="exact"/>
        <w:rPr>
          <w:lang w:eastAsia="zh-CN"/>
        </w:rPr>
      </w:pPr>
      <w:r>
        <w:rPr>
          <w:rFonts w:cs="Times New Roman"/>
          <w:lang w:eastAsia="zh-CN"/>
        </w:rPr>
        <w:t xml:space="preserve">□ </w:t>
      </w:r>
      <w:r>
        <w:rPr>
          <w:rFonts w:cs="Times New Roman"/>
          <w:lang w:eastAsia="zh-CN"/>
        </w:rPr>
        <w:t>结合教材和老师讲解进行判断</w:t>
      </w:r>
    </w:p>
    <w:p w14:paraId="5B70FBD8" w14:textId="77777777" w:rsidR="007C34AA" w:rsidRDefault="00000000">
      <w:pPr>
        <w:spacing w:after="20" w:line="520" w:lineRule="exact"/>
        <w:rPr>
          <w:lang w:eastAsia="zh-CN"/>
        </w:rPr>
      </w:pPr>
      <w:r>
        <w:rPr>
          <w:rFonts w:cs="Times New Roman"/>
          <w:lang w:eastAsia="zh-CN"/>
        </w:rPr>
        <w:t xml:space="preserve">□ </w:t>
      </w:r>
      <w:r>
        <w:rPr>
          <w:rFonts w:cs="Times New Roman"/>
          <w:lang w:eastAsia="zh-CN"/>
        </w:rPr>
        <w:t>说明哪些部分使用了智能体辅助</w:t>
      </w:r>
    </w:p>
    <w:p w14:paraId="187A679C" w14:textId="77777777" w:rsidR="007C34AA" w:rsidRDefault="00000000">
      <w:pPr>
        <w:spacing w:after="20" w:line="520" w:lineRule="exact"/>
        <w:rPr>
          <w:lang w:eastAsia="zh-CN"/>
        </w:rPr>
      </w:pPr>
      <w:r>
        <w:rPr>
          <w:rFonts w:cs="Times New Roman"/>
          <w:lang w:eastAsia="zh-CN"/>
        </w:rPr>
        <w:t xml:space="preserve">□ </w:t>
      </w:r>
      <w:r>
        <w:rPr>
          <w:rFonts w:cs="Times New Roman"/>
          <w:lang w:eastAsia="zh-CN"/>
        </w:rPr>
        <w:t>避免输入个人隐私信息</w:t>
      </w:r>
    </w:p>
    <w:p w14:paraId="2AE592DB" w14:textId="77777777" w:rsidR="007C34AA" w:rsidRDefault="00000000">
      <w:pPr>
        <w:spacing w:after="20" w:line="520" w:lineRule="exact"/>
        <w:rPr>
          <w:lang w:eastAsia="zh-CN"/>
        </w:rPr>
      </w:pPr>
      <w:r>
        <w:rPr>
          <w:rFonts w:cs="Times New Roman"/>
          <w:lang w:eastAsia="zh-CN"/>
        </w:rPr>
        <w:t xml:space="preserve">□ </w:t>
      </w:r>
      <w:r>
        <w:rPr>
          <w:rFonts w:cs="Times New Roman"/>
          <w:lang w:eastAsia="zh-CN"/>
        </w:rPr>
        <w:t>不使用智能体代替自己完成应当独立完成的作业与考试</w:t>
      </w:r>
    </w:p>
    <w:p w14:paraId="443FA477" w14:textId="77777777" w:rsidR="007C34AA" w:rsidRDefault="00000000">
      <w:pPr>
        <w:spacing w:after="20" w:line="520" w:lineRule="exact"/>
        <w:rPr>
          <w:lang w:eastAsia="zh-CN"/>
        </w:rPr>
      </w:pPr>
      <w:r>
        <w:rPr>
          <w:rFonts w:cs="Times New Roman"/>
          <w:lang w:eastAsia="zh-CN"/>
        </w:rPr>
        <w:t xml:space="preserve">□ </w:t>
      </w:r>
      <w:r>
        <w:rPr>
          <w:rFonts w:cs="Times New Roman"/>
          <w:lang w:eastAsia="zh-CN"/>
        </w:rPr>
        <w:t>其他（请注明）</w:t>
      </w:r>
    </w:p>
    <w:p w14:paraId="589538F4" w14:textId="77777777" w:rsidR="007C34AA" w:rsidRDefault="00000000">
      <w:pPr>
        <w:spacing w:before="200" w:after="40"/>
        <w:rPr>
          <w:lang w:eastAsia="zh-CN"/>
        </w:rPr>
      </w:pPr>
      <w:r>
        <w:rPr>
          <w:rFonts w:eastAsia="黑体" w:cs="Times New Roman"/>
          <w:sz w:val="30"/>
          <w:lang w:eastAsia="zh-CN"/>
        </w:rPr>
        <w:t>四、素养与期望</w:t>
      </w:r>
    </w:p>
    <w:p w14:paraId="6FB6CCAB" w14:textId="77777777" w:rsidR="007C34AA" w:rsidRDefault="00000000">
      <w:pPr>
        <w:spacing w:before="120" w:after="40" w:line="540" w:lineRule="exact"/>
        <w:rPr>
          <w:lang w:eastAsia="zh-CN"/>
        </w:rPr>
      </w:pPr>
      <w:r>
        <w:rPr>
          <w:rFonts w:cs="Times New Roman"/>
          <w:sz w:val="30"/>
          <w:lang w:eastAsia="zh-CN"/>
        </w:rPr>
        <w:t>11.</w:t>
      </w:r>
      <w:r>
        <w:rPr>
          <w:rFonts w:cs="Times New Roman"/>
          <w:sz w:val="30"/>
          <w:lang w:eastAsia="zh-CN"/>
        </w:rPr>
        <w:t>你认为自己使用智能体解决专业问题的能力处于［单选题］</w:t>
      </w:r>
      <w:r>
        <w:rPr>
          <w:rFonts w:cs="Times New Roman"/>
          <w:sz w:val="30"/>
          <w:lang w:eastAsia="zh-CN"/>
        </w:rPr>
        <w:t xml:space="preserve"> *</w:t>
      </w:r>
    </w:p>
    <w:p w14:paraId="52D6A8C4" w14:textId="77777777" w:rsidR="007C34AA" w:rsidRDefault="00000000">
      <w:pPr>
        <w:spacing w:after="20" w:line="520" w:lineRule="exact"/>
        <w:rPr>
          <w:lang w:eastAsia="zh-CN"/>
        </w:rPr>
      </w:pPr>
      <w:r>
        <w:rPr>
          <w:rFonts w:cs="Times New Roman"/>
          <w:lang w:eastAsia="zh-CN"/>
        </w:rPr>
        <w:t xml:space="preserve">□ </w:t>
      </w:r>
      <w:r>
        <w:rPr>
          <w:rFonts w:cs="Times New Roman"/>
          <w:lang w:eastAsia="zh-CN"/>
        </w:rPr>
        <w:t>完全不会，需要他人帮助</w:t>
      </w:r>
    </w:p>
    <w:p w14:paraId="10154FBB" w14:textId="77777777" w:rsidR="007C34AA" w:rsidRDefault="00000000">
      <w:pPr>
        <w:spacing w:after="20" w:line="520" w:lineRule="exact"/>
        <w:rPr>
          <w:lang w:eastAsia="zh-CN"/>
        </w:rPr>
      </w:pPr>
      <w:r>
        <w:rPr>
          <w:rFonts w:cs="Times New Roman"/>
          <w:lang w:eastAsia="zh-CN"/>
        </w:rPr>
        <w:t xml:space="preserve">□ </w:t>
      </w:r>
      <w:r>
        <w:rPr>
          <w:rFonts w:cs="Times New Roman"/>
          <w:lang w:eastAsia="zh-CN"/>
        </w:rPr>
        <w:t>会简单提问，能获得基本有用的回答</w:t>
      </w:r>
    </w:p>
    <w:p w14:paraId="1CA07B53" w14:textId="77777777" w:rsidR="007C34AA" w:rsidRDefault="00000000">
      <w:pPr>
        <w:spacing w:after="20" w:line="520" w:lineRule="exact"/>
        <w:rPr>
          <w:lang w:eastAsia="zh-CN"/>
        </w:rPr>
      </w:pPr>
      <w:r>
        <w:rPr>
          <w:rFonts w:cs="Times New Roman"/>
          <w:lang w:eastAsia="zh-CN"/>
        </w:rPr>
        <w:lastRenderedPageBreak/>
        <w:t xml:space="preserve">□ </w:t>
      </w:r>
      <w:r>
        <w:rPr>
          <w:rFonts w:cs="Times New Roman"/>
          <w:lang w:eastAsia="zh-CN"/>
        </w:rPr>
        <w:t>能用清晰、结构化的提示词引导智能体完成学习任务</w:t>
      </w:r>
    </w:p>
    <w:p w14:paraId="53A7D014" w14:textId="77777777" w:rsidR="007C34AA" w:rsidRDefault="00000000">
      <w:pPr>
        <w:spacing w:after="20" w:line="520" w:lineRule="exact"/>
        <w:rPr>
          <w:lang w:eastAsia="zh-CN"/>
        </w:rPr>
      </w:pPr>
      <w:r>
        <w:rPr>
          <w:rFonts w:cs="Times New Roman"/>
          <w:lang w:eastAsia="zh-CN"/>
        </w:rPr>
        <w:t xml:space="preserve">□ </w:t>
      </w:r>
      <w:r>
        <w:rPr>
          <w:rFonts w:cs="Times New Roman"/>
          <w:lang w:eastAsia="zh-CN"/>
        </w:rPr>
        <w:t>能根据任务需要搭建或配置简单的智能体来帮助自己学习</w:t>
      </w:r>
    </w:p>
    <w:p w14:paraId="67E6808E" w14:textId="77777777" w:rsidR="007C34AA" w:rsidRDefault="00000000">
      <w:pPr>
        <w:spacing w:after="20" w:line="520" w:lineRule="exact"/>
        <w:rPr>
          <w:lang w:eastAsia="zh-CN"/>
        </w:rPr>
      </w:pPr>
      <w:r>
        <w:rPr>
          <w:rFonts w:cs="Times New Roman"/>
          <w:lang w:eastAsia="zh-CN"/>
        </w:rPr>
        <w:t xml:space="preserve">□ </w:t>
      </w:r>
      <w:r>
        <w:rPr>
          <w:rFonts w:cs="Times New Roman"/>
          <w:lang w:eastAsia="zh-CN"/>
        </w:rPr>
        <w:t>能设计多步骤任务，让智能体与多种工具协作完成复杂任务</w:t>
      </w:r>
    </w:p>
    <w:p w14:paraId="10DEBA01" w14:textId="77777777" w:rsidR="007C34AA" w:rsidRDefault="00000000">
      <w:pPr>
        <w:spacing w:before="120" w:after="40" w:line="540" w:lineRule="exact"/>
        <w:rPr>
          <w:lang w:eastAsia="zh-CN"/>
        </w:rPr>
      </w:pPr>
      <w:r>
        <w:rPr>
          <w:rFonts w:cs="Times New Roman"/>
          <w:sz w:val="30"/>
          <w:lang w:eastAsia="zh-CN"/>
        </w:rPr>
        <w:t>12.</w:t>
      </w:r>
      <w:r>
        <w:rPr>
          <w:rFonts w:cs="Times New Roman"/>
          <w:sz w:val="30"/>
          <w:lang w:eastAsia="zh-CN"/>
        </w:rPr>
        <w:t>你所在专业开设的课程，对你掌握智能体应用能力的满足程度是［单选题］</w:t>
      </w:r>
      <w:r>
        <w:rPr>
          <w:rFonts w:cs="Times New Roman"/>
          <w:sz w:val="30"/>
          <w:lang w:eastAsia="zh-CN"/>
        </w:rPr>
        <w:t xml:space="preserve"> *</w:t>
      </w:r>
    </w:p>
    <w:p w14:paraId="4B9279DA" w14:textId="77777777" w:rsidR="007C34AA" w:rsidRDefault="00000000">
      <w:pPr>
        <w:spacing w:after="20" w:line="520" w:lineRule="exact"/>
        <w:rPr>
          <w:lang w:eastAsia="zh-CN"/>
        </w:rPr>
      </w:pPr>
      <w:r>
        <w:rPr>
          <w:rFonts w:cs="Times New Roman"/>
          <w:lang w:eastAsia="zh-CN"/>
        </w:rPr>
        <w:t xml:space="preserve">□ </w:t>
      </w:r>
      <w:r>
        <w:rPr>
          <w:rFonts w:cs="Times New Roman"/>
          <w:lang w:eastAsia="zh-CN"/>
        </w:rPr>
        <w:t>完全能满足</w:t>
      </w:r>
    </w:p>
    <w:p w14:paraId="4D597098" w14:textId="77777777" w:rsidR="007C34AA" w:rsidRDefault="00000000">
      <w:pPr>
        <w:spacing w:after="20" w:line="520" w:lineRule="exact"/>
        <w:rPr>
          <w:lang w:eastAsia="zh-CN"/>
        </w:rPr>
      </w:pPr>
      <w:r>
        <w:rPr>
          <w:rFonts w:cs="Times New Roman"/>
          <w:lang w:eastAsia="zh-CN"/>
        </w:rPr>
        <w:t xml:space="preserve">□ </w:t>
      </w:r>
      <w:r>
        <w:rPr>
          <w:rFonts w:cs="Times New Roman"/>
          <w:lang w:eastAsia="zh-CN"/>
        </w:rPr>
        <w:t>基本能满足</w:t>
      </w:r>
    </w:p>
    <w:p w14:paraId="7B414D3C" w14:textId="77777777" w:rsidR="007C34AA" w:rsidRDefault="00000000">
      <w:pPr>
        <w:spacing w:after="20" w:line="520" w:lineRule="exact"/>
        <w:rPr>
          <w:lang w:eastAsia="zh-CN"/>
        </w:rPr>
      </w:pPr>
      <w:r>
        <w:rPr>
          <w:rFonts w:cs="Times New Roman"/>
          <w:lang w:eastAsia="zh-CN"/>
        </w:rPr>
        <w:t xml:space="preserve">□ </w:t>
      </w:r>
      <w:r>
        <w:rPr>
          <w:rFonts w:cs="Times New Roman"/>
          <w:lang w:eastAsia="zh-CN"/>
        </w:rPr>
        <w:t>不太能满足</w:t>
      </w:r>
    </w:p>
    <w:p w14:paraId="133CE4B8" w14:textId="77777777" w:rsidR="007C34AA" w:rsidRDefault="00000000">
      <w:pPr>
        <w:spacing w:after="20" w:line="520" w:lineRule="exact"/>
        <w:rPr>
          <w:lang w:eastAsia="zh-CN"/>
        </w:rPr>
      </w:pPr>
      <w:r>
        <w:rPr>
          <w:rFonts w:cs="Times New Roman"/>
          <w:lang w:eastAsia="zh-CN"/>
        </w:rPr>
        <w:t xml:space="preserve">□ </w:t>
      </w:r>
      <w:r>
        <w:rPr>
          <w:rFonts w:cs="Times New Roman"/>
          <w:lang w:eastAsia="zh-CN"/>
        </w:rPr>
        <w:t>完全不能满足</w:t>
      </w:r>
    </w:p>
    <w:p w14:paraId="221F2C4E" w14:textId="77777777" w:rsidR="007C34AA" w:rsidRDefault="00000000">
      <w:pPr>
        <w:spacing w:before="120" w:after="40" w:line="540" w:lineRule="exact"/>
        <w:rPr>
          <w:lang w:eastAsia="zh-CN"/>
        </w:rPr>
      </w:pPr>
      <w:r>
        <w:rPr>
          <w:rFonts w:cs="Times New Roman"/>
          <w:sz w:val="30"/>
          <w:lang w:eastAsia="zh-CN"/>
        </w:rPr>
        <w:t>13.</w:t>
      </w:r>
      <w:r>
        <w:rPr>
          <w:rFonts w:cs="Times New Roman"/>
          <w:sz w:val="30"/>
          <w:lang w:eastAsia="zh-CN"/>
        </w:rPr>
        <w:t>你最希望学校在智能体方面提供哪些支持（可多选）［多选题］</w:t>
      </w:r>
      <w:r>
        <w:rPr>
          <w:rFonts w:cs="Times New Roman"/>
          <w:sz w:val="30"/>
          <w:lang w:eastAsia="zh-CN"/>
        </w:rPr>
        <w:t xml:space="preserve"> *</w:t>
      </w:r>
    </w:p>
    <w:p w14:paraId="20F36E6D" w14:textId="77777777" w:rsidR="007C34AA" w:rsidRDefault="00000000">
      <w:pPr>
        <w:spacing w:after="20" w:line="520" w:lineRule="exact"/>
        <w:rPr>
          <w:lang w:eastAsia="zh-CN"/>
        </w:rPr>
      </w:pPr>
      <w:r>
        <w:rPr>
          <w:rFonts w:cs="Times New Roman"/>
          <w:lang w:eastAsia="zh-CN"/>
        </w:rPr>
        <w:t xml:space="preserve">□ </w:t>
      </w:r>
      <w:r>
        <w:rPr>
          <w:rFonts w:cs="Times New Roman"/>
          <w:lang w:eastAsia="zh-CN"/>
        </w:rPr>
        <w:t>开设智能体应用相关课程或专题讲座</w:t>
      </w:r>
    </w:p>
    <w:p w14:paraId="35E00704" w14:textId="77777777" w:rsidR="007C34AA" w:rsidRDefault="00000000">
      <w:pPr>
        <w:spacing w:after="20" w:line="520" w:lineRule="exact"/>
        <w:rPr>
          <w:lang w:eastAsia="zh-CN"/>
        </w:rPr>
      </w:pPr>
      <w:r>
        <w:rPr>
          <w:rFonts w:cs="Times New Roman"/>
          <w:lang w:eastAsia="zh-CN"/>
        </w:rPr>
        <w:t xml:space="preserve">□ </w:t>
      </w:r>
      <w:r>
        <w:rPr>
          <w:rFonts w:cs="Times New Roman"/>
          <w:lang w:eastAsia="zh-CN"/>
        </w:rPr>
        <w:t>提供免费的智能体工具与账号</w:t>
      </w:r>
    </w:p>
    <w:p w14:paraId="6E79FFDD" w14:textId="77777777" w:rsidR="007C34AA" w:rsidRDefault="00000000">
      <w:pPr>
        <w:spacing w:after="20" w:line="520" w:lineRule="exact"/>
        <w:rPr>
          <w:lang w:eastAsia="zh-CN"/>
        </w:rPr>
      </w:pPr>
      <w:r>
        <w:rPr>
          <w:rFonts w:cs="Times New Roman"/>
          <w:lang w:eastAsia="zh-CN"/>
        </w:rPr>
        <w:t xml:space="preserve">□ </w:t>
      </w:r>
      <w:r>
        <w:rPr>
          <w:rFonts w:cs="Times New Roman"/>
          <w:lang w:eastAsia="zh-CN"/>
        </w:rPr>
        <w:t>提供智能体搭建的实操指导</w:t>
      </w:r>
    </w:p>
    <w:p w14:paraId="5959B233" w14:textId="77777777" w:rsidR="007C34AA" w:rsidRDefault="00000000">
      <w:pPr>
        <w:spacing w:after="20" w:line="520" w:lineRule="exact"/>
        <w:rPr>
          <w:lang w:eastAsia="zh-CN"/>
        </w:rPr>
      </w:pPr>
      <w:r>
        <w:rPr>
          <w:rFonts w:cs="Times New Roman"/>
          <w:lang w:eastAsia="zh-CN"/>
        </w:rPr>
        <w:t xml:space="preserve">□ </w:t>
      </w:r>
      <w:r>
        <w:rPr>
          <w:rFonts w:cs="Times New Roman"/>
          <w:lang w:eastAsia="zh-CN"/>
        </w:rPr>
        <w:t>提供真实岗位或项目案例供练习</w:t>
      </w:r>
    </w:p>
    <w:p w14:paraId="6116448A" w14:textId="77777777" w:rsidR="007C34AA" w:rsidRDefault="00000000">
      <w:pPr>
        <w:spacing w:after="20" w:line="520" w:lineRule="exact"/>
        <w:rPr>
          <w:lang w:eastAsia="zh-CN"/>
        </w:rPr>
      </w:pPr>
      <w:r>
        <w:rPr>
          <w:rFonts w:cs="Times New Roman"/>
          <w:lang w:eastAsia="zh-CN"/>
        </w:rPr>
        <w:t xml:space="preserve">□ </w:t>
      </w:r>
      <w:r>
        <w:rPr>
          <w:rFonts w:cs="Times New Roman"/>
          <w:lang w:eastAsia="zh-CN"/>
        </w:rPr>
        <w:t>提供数据安全与学术诚信规范指引</w:t>
      </w:r>
    </w:p>
    <w:p w14:paraId="2E503F32" w14:textId="77777777" w:rsidR="007C34AA" w:rsidRDefault="00000000">
      <w:pPr>
        <w:spacing w:after="20" w:line="520" w:lineRule="exact"/>
        <w:rPr>
          <w:lang w:eastAsia="zh-CN"/>
        </w:rPr>
      </w:pPr>
      <w:r>
        <w:rPr>
          <w:rFonts w:cs="Times New Roman"/>
          <w:lang w:eastAsia="zh-CN"/>
        </w:rPr>
        <w:t xml:space="preserve">□ </w:t>
      </w:r>
      <w:r>
        <w:rPr>
          <w:rFonts w:cs="Times New Roman"/>
          <w:lang w:eastAsia="zh-CN"/>
        </w:rPr>
        <w:t>建立智能体学习社群或朋辈互助</w:t>
      </w:r>
    </w:p>
    <w:p w14:paraId="57952B91" w14:textId="77777777" w:rsidR="007C34AA" w:rsidRDefault="00000000">
      <w:pPr>
        <w:spacing w:after="20" w:line="520" w:lineRule="exact"/>
        <w:rPr>
          <w:lang w:eastAsia="zh-CN"/>
        </w:rPr>
      </w:pPr>
      <w:r>
        <w:rPr>
          <w:rFonts w:cs="Times New Roman"/>
          <w:lang w:eastAsia="zh-CN"/>
        </w:rPr>
        <w:t xml:space="preserve">□ </w:t>
      </w:r>
      <w:r>
        <w:rPr>
          <w:rFonts w:cs="Times New Roman"/>
          <w:lang w:eastAsia="zh-CN"/>
        </w:rPr>
        <w:t>其他（请注明）</w:t>
      </w:r>
    </w:p>
    <w:p w14:paraId="10B541AE" w14:textId="77777777" w:rsidR="007C34AA" w:rsidRDefault="00000000">
      <w:pPr>
        <w:spacing w:before="120" w:after="40" w:line="540" w:lineRule="exact"/>
        <w:rPr>
          <w:lang w:eastAsia="zh-CN"/>
        </w:rPr>
      </w:pPr>
      <w:r>
        <w:rPr>
          <w:rFonts w:cs="Times New Roman"/>
          <w:sz w:val="30"/>
          <w:lang w:eastAsia="zh-CN"/>
        </w:rPr>
        <w:t>14.</w:t>
      </w:r>
      <w:r>
        <w:rPr>
          <w:rFonts w:cs="Times New Roman"/>
          <w:sz w:val="30"/>
          <w:lang w:eastAsia="zh-CN"/>
        </w:rPr>
        <w:t>你最希望学习智能体的哪些方面（可多选）［多选题］</w:t>
      </w:r>
      <w:r>
        <w:rPr>
          <w:rFonts w:cs="Times New Roman"/>
          <w:sz w:val="30"/>
          <w:lang w:eastAsia="zh-CN"/>
        </w:rPr>
        <w:t xml:space="preserve"> *</w:t>
      </w:r>
    </w:p>
    <w:p w14:paraId="14A5682F" w14:textId="77777777" w:rsidR="007C34AA" w:rsidRDefault="00000000">
      <w:pPr>
        <w:spacing w:after="20" w:line="520" w:lineRule="exact"/>
      </w:pPr>
      <w:r>
        <w:rPr>
          <w:rFonts w:cs="Times New Roman"/>
        </w:rPr>
        <w:t xml:space="preserve">□ </w:t>
      </w:r>
      <w:r>
        <w:rPr>
          <w:rFonts w:cs="Times New Roman"/>
        </w:rPr>
        <w:t>智能体的基本原理与工作方式</w:t>
      </w:r>
    </w:p>
    <w:p w14:paraId="289AA0DA" w14:textId="77777777" w:rsidR="007C34AA" w:rsidRDefault="00000000">
      <w:pPr>
        <w:spacing w:after="20" w:line="520" w:lineRule="exact"/>
      </w:pPr>
      <w:r>
        <w:rPr>
          <w:rFonts w:cs="Times New Roman"/>
        </w:rPr>
        <w:t xml:space="preserve">□ </w:t>
      </w:r>
      <w:r>
        <w:rPr>
          <w:rFonts w:cs="Times New Roman"/>
        </w:rPr>
        <w:t>常用智能体工具的使用方法</w:t>
      </w:r>
    </w:p>
    <w:p w14:paraId="4F199380" w14:textId="77777777" w:rsidR="007C34AA" w:rsidRDefault="00000000">
      <w:pPr>
        <w:spacing w:after="20" w:line="520" w:lineRule="exact"/>
        <w:rPr>
          <w:lang w:eastAsia="zh-CN"/>
        </w:rPr>
      </w:pPr>
      <w:r>
        <w:rPr>
          <w:rFonts w:cs="Times New Roman"/>
          <w:lang w:eastAsia="zh-CN"/>
        </w:rPr>
        <w:t xml:space="preserve">□ </w:t>
      </w:r>
      <w:r>
        <w:rPr>
          <w:rFonts w:cs="Times New Roman"/>
          <w:lang w:eastAsia="zh-CN"/>
        </w:rPr>
        <w:t>提示词设计与优化</w:t>
      </w:r>
    </w:p>
    <w:p w14:paraId="233C7A35" w14:textId="77777777" w:rsidR="007C34AA" w:rsidRDefault="00000000">
      <w:pPr>
        <w:spacing w:after="20" w:line="520" w:lineRule="exact"/>
        <w:rPr>
          <w:lang w:eastAsia="zh-CN"/>
        </w:rPr>
      </w:pPr>
      <w:r>
        <w:rPr>
          <w:rFonts w:cs="Times New Roman"/>
          <w:lang w:eastAsia="zh-CN"/>
        </w:rPr>
        <w:t xml:space="preserve">□ </w:t>
      </w:r>
      <w:r>
        <w:rPr>
          <w:rFonts w:cs="Times New Roman"/>
          <w:lang w:eastAsia="zh-CN"/>
        </w:rPr>
        <w:t>智能体的搭建与配置</w:t>
      </w:r>
    </w:p>
    <w:p w14:paraId="6228FB86" w14:textId="77777777" w:rsidR="007C34AA" w:rsidRDefault="00000000">
      <w:pPr>
        <w:spacing w:after="20" w:line="520" w:lineRule="exact"/>
        <w:rPr>
          <w:lang w:eastAsia="zh-CN"/>
        </w:rPr>
      </w:pPr>
      <w:r>
        <w:rPr>
          <w:rFonts w:cs="Times New Roman"/>
          <w:lang w:eastAsia="zh-CN"/>
        </w:rPr>
        <w:lastRenderedPageBreak/>
        <w:t xml:space="preserve">□ </w:t>
      </w:r>
      <w:r>
        <w:rPr>
          <w:rFonts w:cs="Times New Roman"/>
          <w:lang w:eastAsia="zh-CN"/>
        </w:rPr>
        <w:t>智能体在专业领域与岗位中的应用</w:t>
      </w:r>
    </w:p>
    <w:p w14:paraId="59462D54" w14:textId="77777777" w:rsidR="007C34AA" w:rsidRDefault="00000000">
      <w:pPr>
        <w:spacing w:after="20" w:line="520" w:lineRule="exact"/>
        <w:rPr>
          <w:lang w:eastAsia="zh-CN"/>
        </w:rPr>
      </w:pPr>
      <w:r>
        <w:rPr>
          <w:rFonts w:cs="Times New Roman"/>
          <w:lang w:eastAsia="zh-CN"/>
        </w:rPr>
        <w:t xml:space="preserve">□ </w:t>
      </w:r>
      <w:r>
        <w:rPr>
          <w:rFonts w:cs="Times New Roman"/>
          <w:lang w:eastAsia="zh-CN"/>
        </w:rPr>
        <w:t>使用智能体的安全、隐私与伦理问题</w:t>
      </w:r>
    </w:p>
    <w:p w14:paraId="7445CDB3" w14:textId="77777777" w:rsidR="007C34AA" w:rsidRDefault="00000000">
      <w:pPr>
        <w:spacing w:after="20" w:line="520" w:lineRule="exact"/>
        <w:rPr>
          <w:lang w:eastAsia="zh-CN"/>
        </w:rPr>
      </w:pPr>
      <w:r>
        <w:rPr>
          <w:rFonts w:cs="Times New Roman"/>
          <w:lang w:eastAsia="zh-CN"/>
        </w:rPr>
        <w:t xml:space="preserve">□ </w:t>
      </w:r>
      <w:r>
        <w:rPr>
          <w:rFonts w:cs="Times New Roman"/>
          <w:lang w:eastAsia="zh-CN"/>
        </w:rPr>
        <w:t>智能体开发与编程</w:t>
      </w:r>
    </w:p>
    <w:p w14:paraId="34F1323B" w14:textId="77777777" w:rsidR="007C34AA" w:rsidRDefault="00000000">
      <w:pPr>
        <w:spacing w:after="20" w:line="520" w:lineRule="exact"/>
        <w:rPr>
          <w:lang w:eastAsia="zh-CN"/>
        </w:rPr>
      </w:pPr>
      <w:r>
        <w:rPr>
          <w:rFonts w:cs="Times New Roman"/>
          <w:lang w:eastAsia="zh-CN"/>
        </w:rPr>
        <w:t xml:space="preserve">□ </w:t>
      </w:r>
      <w:r>
        <w:rPr>
          <w:rFonts w:cs="Times New Roman"/>
          <w:lang w:eastAsia="zh-CN"/>
        </w:rPr>
        <w:t>其他（请注明）</w:t>
      </w:r>
    </w:p>
    <w:p w14:paraId="2420D1FC" w14:textId="77777777" w:rsidR="007C34AA" w:rsidRDefault="00000000">
      <w:pPr>
        <w:spacing w:before="120" w:after="40" w:line="540" w:lineRule="exact"/>
        <w:rPr>
          <w:lang w:eastAsia="zh-CN"/>
        </w:rPr>
      </w:pPr>
      <w:r>
        <w:rPr>
          <w:rFonts w:cs="Times New Roman"/>
          <w:sz w:val="30"/>
          <w:lang w:eastAsia="zh-CN"/>
        </w:rPr>
        <w:t>15.</w:t>
      </w:r>
      <w:r>
        <w:rPr>
          <w:rFonts w:cs="Times New Roman"/>
          <w:sz w:val="30"/>
          <w:lang w:eastAsia="zh-CN"/>
        </w:rPr>
        <w:t>请举一个你用智能体帮助学习（或解决生活问题）的例子；或者说说你最希望拥有一个什么样的智能体。［填空题］</w:t>
      </w:r>
    </w:p>
    <w:p w14:paraId="1A246E24" w14:textId="77777777" w:rsidR="007C34AA" w:rsidRDefault="00000000">
      <w:pPr>
        <w:rPr>
          <w:lang w:eastAsia="zh-CN"/>
        </w:rPr>
      </w:pPr>
      <w:r>
        <w:rPr>
          <w:rFonts w:cs="Times New Roman"/>
          <w:sz w:val="28"/>
          <w:lang w:eastAsia="zh-CN"/>
        </w:rPr>
        <w:t>＿＿＿＿＿＿＿＿＿＿＿＿＿＿＿＿＿＿＿＿＿＿＿＿＿＿＿＿＿＿＿＿＿＿</w:t>
      </w:r>
    </w:p>
    <w:p w14:paraId="02A21A66" w14:textId="77777777" w:rsidR="007C34AA" w:rsidRDefault="00000000">
      <w:r>
        <w:rPr>
          <w:rFonts w:cs="Times New Roman"/>
          <w:sz w:val="28"/>
        </w:rPr>
        <w:t>＿＿＿＿＿＿＿＿＿＿＿＿＿＿＿＿＿＿＿＿＿＿＿＿＿＿＿＿＿＿＿＿＿＿</w:t>
      </w:r>
    </w:p>
    <w:p w14:paraId="1FDB5AD4" w14:textId="77777777" w:rsidR="007C34AA" w:rsidRDefault="00000000">
      <w:r>
        <w:rPr>
          <w:rFonts w:cs="Times New Roman"/>
          <w:sz w:val="28"/>
        </w:rPr>
        <w:t>＿＿＿＿＿＿＿＿＿＿＿＿＿＿＿＿＿＿＿＿＿＿＿＿＿＿＿＿＿＿＿＿＿＿</w:t>
      </w:r>
    </w:p>
    <w:p w14:paraId="3D382B18" w14:textId="77777777" w:rsidR="007C34AA" w:rsidRDefault="007C34AA">
      <w:pPr>
        <w:spacing w:line="400" w:lineRule="exact"/>
      </w:pPr>
    </w:p>
    <w:p w14:paraId="2EDA0B6A" w14:textId="77777777" w:rsidR="007C34AA" w:rsidRDefault="00000000">
      <w:pPr>
        <w:spacing w:line="520" w:lineRule="exact"/>
        <w:jc w:val="center"/>
        <w:rPr>
          <w:lang w:eastAsia="zh-CN"/>
        </w:rPr>
      </w:pPr>
      <w:r>
        <w:rPr>
          <w:rFonts w:eastAsia="楷体" w:cs="Times New Roman"/>
          <w:sz w:val="28"/>
          <w:lang w:eastAsia="zh-CN"/>
        </w:rPr>
        <w:t>——</w:t>
      </w:r>
      <w:r>
        <w:rPr>
          <w:rFonts w:eastAsia="楷体" w:cs="Times New Roman"/>
          <w:sz w:val="28"/>
          <w:lang w:eastAsia="zh-CN"/>
        </w:rPr>
        <w:t>问卷结束，感谢您的支持与配合！</w:t>
      </w:r>
      <w:r>
        <w:rPr>
          <w:rFonts w:eastAsia="楷体" w:cs="Times New Roman"/>
          <w:sz w:val="28"/>
          <w:lang w:eastAsia="zh-CN"/>
        </w:rPr>
        <w:t>——</w:t>
      </w:r>
    </w:p>
    <w:sectPr w:rsidR="007C34AA" w:rsidSect="00034616">
      <w:footerReference w:type="default" r:id="rId8"/>
      <w:pgSz w:w="12240" w:h="15840"/>
      <w:pgMar w:top="1814" w:right="1474" w:bottom="1701" w:left="147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FB9EFD" w14:textId="77777777" w:rsidR="007C6079" w:rsidRDefault="007C6079">
      <w:pPr>
        <w:spacing w:line="240" w:lineRule="auto"/>
      </w:pPr>
      <w:r>
        <w:separator/>
      </w:r>
    </w:p>
  </w:endnote>
  <w:endnote w:type="continuationSeparator" w:id="0">
    <w:p w14:paraId="77F53A17" w14:textId="77777777" w:rsidR="007C6079" w:rsidRDefault="007C607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4465E8" w14:textId="77777777" w:rsidR="007C34AA" w:rsidRDefault="00000000">
    <w:pPr>
      <w:pStyle w:val="a7"/>
      <w:jc w:val="center"/>
    </w:pPr>
    <w:r>
      <w:rPr>
        <w:rFonts w:eastAsia="宋体" w:cs="Times New Roman"/>
        <w:sz w:val="28"/>
      </w:rPr>
      <w:fldChar w:fldCharType="begin"/>
    </w:r>
    <w:r>
      <w:rPr>
        <w:rFonts w:eastAsia="宋体" w:cs="Times New Roman"/>
        <w:sz w:val="28"/>
      </w:rPr>
      <w:instrText>PAGE</w:instrText>
    </w:r>
    <w:r w:rsidR="000D20BB">
      <w:rPr>
        <w:rFonts w:eastAsia="宋体" w:cs="Times New Roman"/>
        <w:sz w:val="28"/>
      </w:rPr>
      <w:fldChar w:fldCharType="separate"/>
    </w:r>
    <w:r w:rsidR="000D20BB">
      <w:rPr>
        <w:rFonts w:eastAsia="宋体" w:cs="Times New Roman"/>
        <w:noProof/>
        <w:sz w:val="28"/>
      </w:rPr>
      <w:t>1</w:t>
    </w:r>
    <w:r>
      <w:rPr>
        <w:rFonts w:eastAsia="宋体" w:cs="Times New Roman"/>
        <w:sz w:val="2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3298DA" w14:textId="77777777" w:rsidR="007C6079" w:rsidRDefault="007C6079">
      <w:pPr>
        <w:spacing w:line="240" w:lineRule="auto"/>
      </w:pPr>
      <w:r>
        <w:separator/>
      </w:r>
    </w:p>
  </w:footnote>
  <w:footnote w:type="continuationSeparator" w:id="0">
    <w:p w14:paraId="1E62E49C" w14:textId="77777777" w:rsidR="007C6079" w:rsidRDefault="007C607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42697095">
    <w:abstractNumId w:val="8"/>
  </w:num>
  <w:num w:numId="2" w16cid:durableId="1749114696">
    <w:abstractNumId w:val="6"/>
  </w:num>
  <w:num w:numId="3" w16cid:durableId="1373650847">
    <w:abstractNumId w:val="5"/>
  </w:num>
  <w:num w:numId="4" w16cid:durableId="1379016673">
    <w:abstractNumId w:val="4"/>
  </w:num>
  <w:num w:numId="5" w16cid:durableId="512648442">
    <w:abstractNumId w:val="7"/>
  </w:num>
  <w:num w:numId="6" w16cid:durableId="1252550134">
    <w:abstractNumId w:val="3"/>
  </w:num>
  <w:num w:numId="7" w16cid:durableId="1270159567">
    <w:abstractNumId w:val="2"/>
  </w:num>
  <w:num w:numId="8" w16cid:durableId="870846090">
    <w:abstractNumId w:val="1"/>
  </w:num>
  <w:num w:numId="9" w16cid:durableId="19077573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D20BB"/>
    <w:rsid w:val="0015074B"/>
    <w:rsid w:val="0029639D"/>
    <w:rsid w:val="00326F90"/>
    <w:rsid w:val="007C34AA"/>
    <w:rsid w:val="007C6079"/>
    <w:rsid w:val="00AA1D8D"/>
    <w:rsid w:val="00B47730"/>
    <w:rsid w:val="00C100F4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8CDC608"/>
  <w14:defaultImageDpi w14:val="300"/>
  <w15:docId w15:val="{0D9E9387-211F-4F3F-8C5B-7C32D7B58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 w:line="560" w:lineRule="exact"/>
    </w:pPr>
    <w:rPr>
      <w:rFonts w:ascii="Times New Roman" w:eastAsia="仿宋" w:hAnsi="Times New Roman"/>
      <w:sz w:val="32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393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2026年广东省职业院校人工智能（智能体）应用情况调查问卷（学生卷）</dc:title>
  <dc:subject/>
  <dc:creator>python-docx</dc:creator>
  <cp:keywords/>
  <dc:description>generated by python-docx</dc:description>
  <cp:lastModifiedBy>houxiaoju</cp:lastModifiedBy>
  <cp:revision>2</cp:revision>
  <dcterms:created xsi:type="dcterms:W3CDTF">2026-10-19T03:36:00Z</dcterms:created>
  <dcterms:modified xsi:type="dcterms:W3CDTF">2026-10-19T03:36:00Z</dcterms:modified>
  <cp:category/>
</cp:coreProperties>
</file>