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57B85" w14:textId="77777777" w:rsidR="009C1985" w:rsidRDefault="00000000">
      <w:pPr>
        <w:spacing w:after="120"/>
      </w:pPr>
      <w:r>
        <w:rPr>
          <w:rFonts w:eastAsia="黑体" w:cs="Times New Roman"/>
        </w:rPr>
        <w:t>附件</w:t>
      </w:r>
      <w:r>
        <w:rPr>
          <w:rFonts w:eastAsia="黑体" w:cs="Times New Roman"/>
        </w:rPr>
        <w:t>1</w:t>
      </w:r>
    </w:p>
    <w:p w14:paraId="02905B70" w14:textId="77777777" w:rsidR="009C1985" w:rsidRDefault="00000000">
      <w:pPr>
        <w:spacing w:line="640" w:lineRule="exact"/>
        <w:jc w:val="center"/>
      </w:pPr>
      <w:r>
        <w:rPr>
          <w:rFonts w:eastAsia="华文中宋" w:cs="Times New Roman"/>
          <w:b/>
          <w:sz w:val="40"/>
        </w:rPr>
        <w:t>2026</w:t>
      </w:r>
      <w:r>
        <w:rPr>
          <w:rFonts w:eastAsia="华文中宋" w:cs="Times New Roman"/>
          <w:b/>
          <w:sz w:val="40"/>
        </w:rPr>
        <w:t>年广东省职业院校人工智能（智能体）</w:t>
      </w:r>
    </w:p>
    <w:p w14:paraId="77107B0D" w14:textId="77777777" w:rsidR="009C1985" w:rsidRDefault="00000000">
      <w:pPr>
        <w:spacing w:after="200" w:line="640" w:lineRule="exact"/>
        <w:jc w:val="center"/>
      </w:pPr>
      <w:r>
        <w:rPr>
          <w:rFonts w:eastAsia="华文中宋" w:cs="Times New Roman"/>
          <w:b/>
          <w:sz w:val="40"/>
        </w:rPr>
        <w:t>应用情况调查问卷（学校卷）</w:t>
      </w:r>
    </w:p>
    <w:p w14:paraId="4E4D97BD" w14:textId="77777777" w:rsidR="009C1985" w:rsidRDefault="00000000">
      <w:pPr>
        <w:spacing w:line="520" w:lineRule="exact"/>
        <w:ind w:firstLine="600"/>
      </w:pPr>
      <w:r>
        <w:rPr>
          <w:rFonts w:cs="Times New Roman"/>
          <w:sz w:val="30"/>
        </w:rPr>
        <w:t>尊敬的老师：</w:t>
      </w:r>
    </w:p>
    <w:p w14:paraId="11C2FB5D" w14:textId="77777777" w:rsidR="009C1985" w:rsidRDefault="00000000">
      <w:pPr>
        <w:spacing w:line="520" w:lineRule="exact"/>
        <w:ind w:firstLine="600"/>
      </w:pPr>
      <w:r>
        <w:rPr>
          <w:rFonts w:cs="Times New Roman"/>
          <w:sz w:val="30"/>
        </w:rPr>
        <w:t>您好！本调研根据教育部等五部门《</w:t>
      </w:r>
      <w:r>
        <w:rPr>
          <w:rFonts w:cs="Times New Roman"/>
          <w:sz w:val="30"/>
        </w:rPr>
        <w:t>“</w:t>
      </w:r>
      <w:r>
        <w:rPr>
          <w:rFonts w:cs="Times New Roman"/>
          <w:sz w:val="30"/>
        </w:rPr>
        <w:t>人工智能</w:t>
      </w:r>
      <w:r>
        <w:rPr>
          <w:rFonts w:cs="Times New Roman"/>
          <w:sz w:val="30"/>
        </w:rPr>
        <w:t>+</w:t>
      </w:r>
      <w:r>
        <w:rPr>
          <w:rFonts w:cs="Times New Roman"/>
          <w:sz w:val="30"/>
        </w:rPr>
        <w:t>教育</w:t>
      </w:r>
      <w:r>
        <w:rPr>
          <w:rFonts w:cs="Times New Roman"/>
          <w:sz w:val="30"/>
        </w:rPr>
        <w:t>”</w:t>
      </w:r>
      <w:r>
        <w:rPr>
          <w:rFonts w:cs="Times New Roman"/>
          <w:sz w:val="30"/>
        </w:rPr>
        <w:t>行动计划》（教科信〔</w:t>
      </w:r>
      <w:r>
        <w:rPr>
          <w:rFonts w:cs="Times New Roman"/>
          <w:sz w:val="30"/>
        </w:rPr>
        <w:t>2026</w:t>
      </w:r>
      <w:r>
        <w:rPr>
          <w:rFonts w:cs="Times New Roman"/>
          <w:sz w:val="30"/>
        </w:rPr>
        <w:t>〕</w:t>
      </w:r>
      <w:r>
        <w:rPr>
          <w:rFonts w:cs="Times New Roman"/>
          <w:sz w:val="30"/>
        </w:rPr>
        <w:t>1</w:t>
      </w:r>
      <w:r>
        <w:rPr>
          <w:rFonts w:cs="Times New Roman"/>
          <w:sz w:val="30"/>
        </w:rPr>
        <w:t>号）组织开展，旨在了解职业院校人工智能特别是智能体（</w:t>
      </w:r>
      <w:r>
        <w:rPr>
          <w:rFonts w:cs="Times New Roman"/>
          <w:sz w:val="30"/>
        </w:rPr>
        <w:t>AI Agent</w:t>
      </w:r>
      <w:r>
        <w:rPr>
          <w:rFonts w:cs="Times New Roman"/>
          <w:sz w:val="30"/>
        </w:rPr>
        <w:t>）的建设与应用情况。调研数据仅用于研究分析和政策参考，不用于任何商业目的，我们将按国家有关法律法规对相关信息严格保密。请根据学校实际情况真实填写；如选项均不完全符合本校实际，选择最接近的选项即可。衷心感谢您的支持！</w:t>
      </w:r>
    </w:p>
    <w:p w14:paraId="0031E020" w14:textId="77777777" w:rsidR="009C1985" w:rsidRDefault="00000000">
      <w:pPr>
        <w:spacing w:before="80" w:line="480" w:lineRule="exact"/>
        <w:ind w:firstLine="560"/>
      </w:pPr>
      <w:r>
        <w:rPr>
          <w:rFonts w:eastAsia="楷体" w:cs="Times New Roman"/>
          <w:sz w:val="28"/>
        </w:rPr>
        <w:t>【建议由学校分管领导牵头，会同教务、信息化、教师发展、科研等相关部门人员协同填写。每校填写</w:t>
      </w:r>
      <w:r>
        <w:rPr>
          <w:rFonts w:eastAsia="楷体" w:cs="Times New Roman"/>
          <w:sz w:val="28"/>
        </w:rPr>
        <w:t>1</w:t>
      </w:r>
      <w:r>
        <w:rPr>
          <w:rFonts w:eastAsia="楷体" w:cs="Times New Roman"/>
          <w:sz w:val="28"/>
        </w:rPr>
        <w:t>份。】</w:t>
      </w:r>
    </w:p>
    <w:p w14:paraId="146FEE17" w14:textId="77777777" w:rsidR="009C1985" w:rsidRDefault="009C1985">
      <w:pPr>
        <w:spacing w:line="200" w:lineRule="exact"/>
      </w:pPr>
    </w:p>
    <w:p w14:paraId="250DA041" w14:textId="77777777" w:rsidR="009C1985" w:rsidRDefault="00000000">
      <w:pPr>
        <w:spacing w:before="40" w:line="520" w:lineRule="exact"/>
      </w:pPr>
      <w:r>
        <w:rPr>
          <w:rFonts w:cs="Times New Roman"/>
          <w:sz w:val="30"/>
        </w:rPr>
        <w:t>学校（全称）：</w:t>
      </w:r>
      <w:r>
        <w:rPr>
          <w:rFonts w:cs="Times New Roman"/>
          <w:sz w:val="30"/>
        </w:rPr>
        <w:t>________________________________________</w:t>
      </w:r>
    </w:p>
    <w:p w14:paraId="16C9B2CA" w14:textId="77777777" w:rsidR="009C1985" w:rsidRDefault="00000000">
      <w:pPr>
        <w:spacing w:before="40" w:line="520" w:lineRule="exact"/>
      </w:pPr>
      <w:r>
        <w:rPr>
          <w:rFonts w:cs="Times New Roman"/>
          <w:sz w:val="30"/>
        </w:rPr>
        <w:t>填写人：</w:t>
      </w:r>
      <w:r>
        <w:rPr>
          <w:rFonts w:cs="Times New Roman"/>
          <w:sz w:val="30"/>
        </w:rPr>
        <w:t>______</w:t>
      </w:r>
      <w:r>
        <w:rPr>
          <w:rFonts w:cs="Times New Roman"/>
          <w:sz w:val="30"/>
        </w:rPr>
        <w:t xml:space="preserve">　联系电话：</w:t>
      </w:r>
      <w:r>
        <w:rPr>
          <w:rFonts w:cs="Times New Roman"/>
          <w:sz w:val="30"/>
        </w:rPr>
        <w:t>______</w:t>
      </w:r>
      <w:r>
        <w:rPr>
          <w:rFonts w:cs="Times New Roman"/>
          <w:sz w:val="30"/>
        </w:rPr>
        <w:t xml:space="preserve">　填表日期：</w:t>
      </w:r>
      <w:r>
        <w:rPr>
          <w:rFonts w:cs="Times New Roman"/>
          <w:sz w:val="30"/>
        </w:rPr>
        <w:t>___</w:t>
      </w:r>
      <w:r>
        <w:rPr>
          <w:rFonts w:cs="Times New Roman"/>
          <w:sz w:val="30"/>
        </w:rPr>
        <w:t>年</w:t>
      </w:r>
      <w:r>
        <w:rPr>
          <w:rFonts w:cs="Times New Roman"/>
          <w:sz w:val="30"/>
        </w:rPr>
        <w:t>__</w:t>
      </w:r>
      <w:r>
        <w:rPr>
          <w:rFonts w:cs="Times New Roman"/>
          <w:sz w:val="30"/>
        </w:rPr>
        <w:t>月</w:t>
      </w:r>
      <w:r>
        <w:rPr>
          <w:rFonts w:cs="Times New Roman"/>
          <w:sz w:val="30"/>
        </w:rPr>
        <w:t>__</w:t>
      </w:r>
      <w:r>
        <w:rPr>
          <w:rFonts w:cs="Times New Roman"/>
          <w:sz w:val="30"/>
        </w:rPr>
        <w:t>日</w:t>
      </w:r>
    </w:p>
    <w:p w14:paraId="52DCBEE2" w14:textId="77777777" w:rsidR="009C1985" w:rsidRDefault="00000000">
      <w:pPr>
        <w:spacing w:before="120" w:line="520" w:lineRule="exact"/>
      </w:pPr>
      <w:r>
        <w:rPr>
          <w:rFonts w:eastAsia="黑体" w:cs="Times New Roman"/>
          <w:sz w:val="28"/>
        </w:rPr>
        <w:t>【名词解释】</w:t>
      </w:r>
    </w:p>
    <w:p w14:paraId="7993B339" w14:textId="77777777" w:rsidR="009C1985" w:rsidRDefault="00000000">
      <w:pPr>
        <w:spacing w:line="480" w:lineRule="exact"/>
        <w:ind w:firstLine="560"/>
      </w:pPr>
      <w:r>
        <w:rPr>
          <w:rFonts w:cs="Times New Roman"/>
          <w:b/>
          <w:sz w:val="28"/>
        </w:rPr>
        <w:t>1.</w:t>
      </w:r>
      <w:r>
        <w:rPr>
          <w:rFonts w:cs="Times New Roman"/>
          <w:b/>
          <w:sz w:val="28"/>
        </w:rPr>
        <w:t>人工智能（</w:t>
      </w:r>
      <w:r>
        <w:rPr>
          <w:rFonts w:cs="Times New Roman"/>
          <w:b/>
          <w:sz w:val="28"/>
        </w:rPr>
        <w:t>Artificial Intelligence</w:t>
      </w:r>
      <w:r>
        <w:rPr>
          <w:rFonts w:cs="Times New Roman"/>
          <w:b/>
          <w:sz w:val="28"/>
        </w:rPr>
        <w:t>，简称</w:t>
      </w:r>
      <w:r>
        <w:rPr>
          <w:rFonts w:cs="Times New Roman"/>
          <w:b/>
          <w:sz w:val="28"/>
        </w:rPr>
        <w:t>AI</w:t>
      </w:r>
      <w:r>
        <w:rPr>
          <w:rFonts w:cs="Times New Roman"/>
          <w:b/>
          <w:sz w:val="28"/>
        </w:rPr>
        <w:t>）：</w:t>
      </w:r>
      <w:r>
        <w:rPr>
          <w:rFonts w:cs="Times New Roman"/>
          <w:sz w:val="28"/>
        </w:rPr>
        <w:t>由人类设计和编程的机器或软件系统，能够执行学习、推理、解决问题和模拟人类感知等复杂任务。</w:t>
      </w:r>
    </w:p>
    <w:p w14:paraId="324F8AB8" w14:textId="77777777" w:rsidR="009C1985" w:rsidRDefault="00000000">
      <w:pPr>
        <w:spacing w:line="480" w:lineRule="exact"/>
        <w:ind w:firstLine="560"/>
      </w:pPr>
      <w:r>
        <w:rPr>
          <w:rFonts w:cs="Times New Roman"/>
          <w:b/>
          <w:sz w:val="28"/>
        </w:rPr>
        <w:t>2.</w:t>
      </w:r>
      <w:r>
        <w:rPr>
          <w:rFonts w:cs="Times New Roman"/>
          <w:b/>
          <w:sz w:val="28"/>
        </w:rPr>
        <w:t>生成式人工智能（</w:t>
      </w:r>
      <w:r>
        <w:rPr>
          <w:rFonts w:cs="Times New Roman"/>
          <w:b/>
          <w:sz w:val="28"/>
        </w:rPr>
        <w:t>Generative AI</w:t>
      </w:r>
      <w:r>
        <w:rPr>
          <w:rFonts w:cs="Times New Roman"/>
          <w:b/>
          <w:sz w:val="28"/>
        </w:rPr>
        <w:t>，简称</w:t>
      </w:r>
      <w:r>
        <w:rPr>
          <w:rFonts w:cs="Times New Roman"/>
          <w:b/>
          <w:sz w:val="28"/>
        </w:rPr>
        <w:t>GenAI</w:t>
      </w:r>
      <w:r>
        <w:rPr>
          <w:rFonts w:cs="Times New Roman"/>
          <w:b/>
          <w:sz w:val="28"/>
        </w:rPr>
        <w:t>）：</w:t>
      </w:r>
      <w:r>
        <w:rPr>
          <w:rFonts w:cs="Times New Roman"/>
          <w:sz w:val="28"/>
        </w:rPr>
        <w:t>一种特殊类型的</w:t>
      </w:r>
      <w:r>
        <w:rPr>
          <w:rFonts w:cs="Times New Roman"/>
          <w:sz w:val="28"/>
        </w:rPr>
        <w:t>AI</w:t>
      </w:r>
      <w:r>
        <w:rPr>
          <w:rFonts w:cs="Times New Roman"/>
          <w:sz w:val="28"/>
        </w:rPr>
        <w:t>，能够利用学习到的数据模式创造全新的内容，包括文本、图像、音频和视频等。</w:t>
      </w:r>
    </w:p>
    <w:p w14:paraId="308975CF" w14:textId="77777777" w:rsidR="009C1985" w:rsidRDefault="00000000">
      <w:pPr>
        <w:spacing w:line="480" w:lineRule="exact"/>
        <w:ind w:firstLine="560"/>
      </w:pPr>
      <w:r>
        <w:rPr>
          <w:rFonts w:cs="Times New Roman"/>
          <w:b/>
          <w:sz w:val="28"/>
        </w:rPr>
        <w:lastRenderedPageBreak/>
        <w:t>3.</w:t>
      </w:r>
      <w:r>
        <w:rPr>
          <w:rFonts w:cs="Times New Roman"/>
          <w:b/>
          <w:sz w:val="28"/>
        </w:rPr>
        <w:t>智能体（</w:t>
      </w:r>
      <w:r>
        <w:rPr>
          <w:rFonts w:cs="Times New Roman"/>
          <w:b/>
          <w:sz w:val="28"/>
        </w:rPr>
        <w:t>AI Agent</w:t>
      </w:r>
      <w:r>
        <w:rPr>
          <w:rFonts w:cs="Times New Roman"/>
          <w:b/>
          <w:sz w:val="28"/>
        </w:rPr>
        <w:t>，全称人工智能体）：</w:t>
      </w:r>
      <w:r>
        <w:rPr>
          <w:rFonts w:cs="Times New Roman"/>
          <w:sz w:val="28"/>
        </w:rPr>
        <w:t>以大模型为</w:t>
      </w:r>
      <w:r>
        <w:rPr>
          <w:rFonts w:cs="Times New Roman"/>
          <w:sz w:val="28"/>
        </w:rPr>
        <w:t>“</w:t>
      </w:r>
      <w:r>
        <w:rPr>
          <w:rFonts w:cs="Times New Roman"/>
          <w:sz w:val="28"/>
        </w:rPr>
        <w:t>大脑</w:t>
      </w:r>
      <w:r>
        <w:rPr>
          <w:rFonts w:cs="Times New Roman"/>
          <w:sz w:val="28"/>
        </w:rPr>
        <w:t>”</w:t>
      </w:r>
      <w:r>
        <w:rPr>
          <w:rFonts w:cs="Times New Roman"/>
          <w:sz w:val="28"/>
        </w:rPr>
        <w:t>，能够自主感知任务目标、进行任务规划、调用外部工具（如信息检索、计算、代码执行、软件操作等）并多步执行，最终完成复杂目标任务的人工智能应用形态。常见形态包括：对话式智能体、接入知识库或业务系统的专用智能体、多智能体协作与工作流自动化等。</w:t>
      </w:r>
    </w:p>
    <w:p w14:paraId="24794C2F" w14:textId="77777777" w:rsidR="009C1985" w:rsidRDefault="00000000">
      <w:pPr>
        <w:spacing w:before="200" w:after="40"/>
      </w:pPr>
      <w:r>
        <w:rPr>
          <w:rFonts w:eastAsia="黑体" w:cs="Times New Roman"/>
          <w:sz w:val="30"/>
        </w:rPr>
        <w:t>一、基本信息</w:t>
      </w:r>
    </w:p>
    <w:p w14:paraId="5C6C7393" w14:textId="77777777" w:rsidR="009C1985" w:rsidRDefault="00000000">
      <w:pPr>
        <w:spacing w:before="120" w:after="40" w:line="540" w:lineRule="exact"/>
      </w:pPr>
      <w:r>
        <w:rPr>
          <w:rFonts w:cs="Times New Roman"/>
          <w:sz w:val="30"/>
        </w:rPr>
        <w:t>1.</w:t>
      </w:r>
      <w:r>
        <w:rPr>
          <w:rFonts w:cs="Times New Roman"/>
          <w:sz w:val="30"/>
        </w:rPr>
        <w:t>贵校的学校类型是［单选题］</w:t>
      </w:r>
      <w:r>
        <w:rPr>
          <w:rFonts w:cs="Times New Roman"/>
          <w:sz w:val="30"/>
        </w:rPr>
        <w:t xml:space="preserve"> *</w:t>
      </w:r>
    </w:p>
    <w:p w14:paraId="479AB9B3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中等职业学校</w:t>
      </w:r>
    </w:p>
    <w:p w14:paraId="15D2E611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高等职业院校（含高职高专）</w:t>
      </w:r>
    </w:p>
    <w:p w14:paraId="56D0CC14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本科层次职业学校</w:t>
      </w:r>
    </w:p>
    <w:p w14:paraId="2331F40F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其他（请注明）</w:t>
      </w:r>
    </w:p>
    <w:p w14:paraId="4E6CA04A" w14:textId="77777777" w:rsidR="009C1985" w:rsidRDefault="00000000">
      <w:pPr>
        <w:spacing w:before="120" w:after="40" w:line="540" w:lineRule="exact"/>
      </w:pPr>
      <w:r>
        <w:rPr>
          <w:rFonts w:cs="Times New Roman"/>
          <w:sz w:val="30"/>
        </w:rPr>
        <w:t>2.</w:t>
      </w:r>
      <w:r>
        <w:rPr>
          <w:rFonts w:cs="Times New Roman"/>
          <w:sz w:val="30"/>
        </w:rPr>
        <w:t>贵校入选以下计划的情况（可多选）［多选题］</w:t>
      </w:r>
      <w:r>
        <w:rPr>
          <w:rFonts w:cs="Times New Roman"/>
          <w:sz w:val="30"/>
        </w:rPr>
        <w:t xml:space="preserve"> *</w:t>
      </w:r>
    </w:p>
    <w:p w14:paraId="384E239B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国家级</w:t>
      </w:r>
      <w:r>
        <w:rPr>
          <w:rFonts w:cs="Times New Roman"/>
        </w:rPr>
        <w:t>“</w:t>
      </w:r>
      <w:r>
        <w:rPr>
          <w:rFonts w:cs="Times New Roman"/>
        </w:rPr>
        <w:t>双高计划</w:t>
      </w:r>
      <w:r>
        <w:rPr>
          <w:rFonts w:cs="Times New Roman"/>
        </w:rPr>
        <w:t>”</w:t>
      </w:r>
      <w:r>
        <w:rPr>
          <w:rFonts w:cs="Times New Roman"/>
        </w:rPr>
        <w:t>入选院校</w:t>
      </w:r>
    </w:p>
    <w:p w14:paraId="28B8BA4A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省级</w:t>
      </w:r>
      <w:r>
        <w:rPr>
          <w:rFonts w:cs="Times New Roman"/>
        </w:rPr>
        <w:t>“</w:t>
      </w:r>
      <w:r>
        <w:rPr>
          <w:rFonts w:cs="Times New Roman"/>
        </w:rPr>
        <w:t>双高计划</w:t>
      </w:r>
      <w:r>
        <w:rPr>
          <w:rFonts w:cs="Times New Roman"/>
        </w:rPr>
        <w:t>”</w:t>
      </w:r>
      <w:r>
        <w:rPr>
          <w:rFonts w:cs="Times New Roman"/>
        </w:rPr>
        <w:t>等省级计划入选院校</w:t>
      </w:r>
    </w:p>
    <w:p w14:paraId="51CF7F93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国家级</w:t>
      </w:r>
      <w:r>
        <w:rPr>
          <w:rFonts w:cs="Times New Roman"/>
        </w:rPr>
        <w:t>“</w:t>
      </w:r>
      <w:r>
        <w:rPr>
          <w:rFonts w:cs="Times New Roman"/>
        </w:rPr>
        <w:t>双优计划</w:t>
      </w:r>
      <w:r>
        <w:rPr>
          <w:rFonts w:cs="Times New Roman"/>
        </w:rPr>
        <w:t>”</w:t>
      </w:r>
      <w:r>
        <w:rPr>
          <w:rFonts w:cs="Times New Roman"/>
        </w:rPr>
        <w:t>入选院校</w:t>
      </w:r>
    </w:p>
    <w:p w14:paraId="205E0A50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省级</w:t>
      </w:r>
      <w:r>
        <w:rPr>
          <w:rFonts w:cs="Times New Roman"/>
        </w:rPr>
        <w:t>“</w:t>
      </w:r>
      <w:r>
        <w:rPr>
          <w:rFonts w:cs="Times New Roman"/>
        </w:rPr>
        <w:t>双优计划</w:t>
      </w:r>
      <w:r>
        <w:rPr>
          <w:rFonts w:cs="Times New Roman"/>
        </w:rPr>
        <w:t>”</w:t>
      </w:r>
      <w:r>
        <w:rPr>
          <w:rFonts w:cs="Times New Roman"/>
        </w:rPr>
        <w:t>等省级计划入选院校</w:t>
      </w:r>
    </w:p>
    <w:p w14:paraId="52BE65B8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暂未入选以上计划</w:t>
      </w:r>
    </w:p>
    <w:p w14:paraId="6D5128B2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其他（请注明）</w:t>
      </w:r>
    </w:p>
    <w:p w14:paraId="5D93213C" w14:textId="77777777" w:rsidR="009C1985" w:rsidRDefault="00000000">
      <w:pPr>
        <w:spacing w:before="120" w:after="40" w:line="540" w:lineRule="exact"/>
      </w:pPr>
      <w:r>
        <w:rPr>
          <w:rFonts w:cs="Times New Roman"/>
          <w:sz w:val="30"/>
        </w:rPr>
        <w:t>3.</w:t>
      </w:r>
      <w:r>
        <w:rPr>
          <w:rFonts w:cs="Times New Roman"/>
          <w:sz w:val="30"/>
        </w:rPr>
        <w:t>填表人所在部门［单选题］</w:t>
      </w:r>
      <w:r>
        <w:rPr>
          <w:rFonts w:cs="Times New Roman"/>
          <w:sz w:val="30"/>
        </w:rPr>
        <w:t xml:space="preserve"> *</w:t>
      </w:r>
    </w:p>
    <w:p w14:paraId="706EDC47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校级领导班子</w:t>
      </w:r>
    </w:p>
    <w:p w14:paraId="680575B1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教学（教务）管理部门</w:t>
      </w:r>
    </w:p>
    <w:p w14:paraId="348108B4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信息化（信息中心）管理部门</w:t>
      </w:r>
    </w:p>
    <w:p w14:paraId="5537AF77" w14:textId="77777777" w:rsidR="009C1985" w:rsidRDefault="00000000">
      <w:pPr>
        <w:spacing w:after="20" w:line="520" w:lineRule="exact"/>
      </w:pPr>
      <w:r>
        <w:rPr>
          <w:rFonts w:cs="Times New Roman"/>
        </w:rPr>
        <w:lastRenderedPageBreak/>
        <w:t xml:space="preserve">□ </w:t>
      </w:r>
      <w:r>
        <w:rPr>
          <w:rFonts w:cs="Times New Roman"/>
        </w:rPr>
        <w:t>教师发展或科研管理部门</w:t>
      </w:r>
    </w:p>
    <w:p w14:paraId="54534C69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为推进人工智能应用专门成立的部门</w:t>
      </w:r>
    </w:p>
    <w:p w14:paraId="1AA72C5E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其他（请注明）</w:t>
      </w:r>
    </w:p>
    <w:p w14:paraId="1A5DCBEC" w14:textId="77777777" w:rsidR="009C1985" w:rsidRDefault="00000000">
      <w:pPr>
        <w:spacing w:before="200" w:after="40"/>
      </w:pPr>
      <w:r>
        <w:rPr>
          <w:rFonts w:eastAsia="黑体" w:cs="Times New Roman"/>
          <w:sz w:val="30"/>
        </w:rPr>
        <w:t>二、智能体建设与规划</w:t>
      </w:r>
    </w:p>
    <w:p w14:paraId="1B64D1F0" w14:textId="77777777" w:rsidR="009C1985" w:rsidRDefault="00000000">
      <w:pPr>
        <w:spacing w:before="120" w:after="40" w:line="540" w:lineRule="exact"/>
      </w:pPr>
      <w:r>
        <w:rPr>
          <w:rFonts w:cs="Times New Roman"/>
          <w:sz w:val="30"/>
        </w:rPr>
        <w:t>4.</w:t>
      </w:r>
      <w:r>
        <w:rPr>
          <w:rFonts w:cs="Times New Roman"/>
          <w:sz w:val="30"/>
        </w:rPr>
        <w:t>贵校当前推进智能体（</w:t>
      </w:r>
      <w:r>
        <w:rPr>
          <w:rFonts w:cs="Times New Roman"/>
          <w:sz w:val="30"/>
        </w:rPr>
        <w:t>AI Agent</w:t>
      </w:r>
      <w:r>
        <w:rPr>
          <w:rFonts w:cs="Times New Roman"/>
          <w:sz w:val="30"/>
        </w:rPr>
        <w:t>）建设与应用所处的阶段［单选题］</w:t>
      </w:r>
      <w:r>
        <w:rPr>
          <w:rFonts w:cs="Times New Roman"/>
          <w:sz w:val="30"/>
        </w:rPr>
        <w:t xml:space="preserve"> *</w:t>
      </w:r>
    </w:p>
    <w:p w14:paraId="05D69652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不清楚</w:t>
      </w:r>
      <w:r>
        <w:rPr>
          <w:rFonts w:cs="Times New Roman"/>
        </w:rPr>
        <w:t>/</w:t>
      </w:r>
      <w:r>
        <w:rPr>
          <w:rFonts w:cs="Times New Roman"/>
        </w:rPr>
        <w:t>尚未开始</w:t>
      </w:r>
    </w:p>
    <w:p w14:paraId="145168C3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已认识到智能体的重要性，但尚未形成推进计划</w:t>
      </w:r>
    </w:p>
    <w:p w14:paraId="122CB152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已在个别专业或场景开展试点探索，但不够体系化</w:t>
      </w:r>
    </w:p>
    <w:p w14:paraId="579B5E45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已形成较为成熟、全面的智能体建设与应用推进模式</w:t>
      </w:r>
    </w:p>
    <w:p w14:paraId="7E7C61D7" w14:textId="77777777" w:rsidR="009C1985" w:rsidRDefault="00000000">
      <w:pPr>
        <w:spacing w:before="120" w:after="40" w:line="540" w:lineRule="exact"/>
      </w:pPr>
      <w:r>
        <w:rPr>
          <w:rFonts w:cs="Times New Roman"/>
          <w:sz w:val="30"/>
        </w:rPr>
        <w:t>5.</w:t>
      </w:r>
      <w:r>
        <w:rPr>
          <w:rFonts w:cs="Times New Roman"/>
          <w:sz w:val="30"/>
        </w:rPr>
        <w:t>贵校将智能体建设纳入学校人工智能（数字化）发展规划的情况［单选题］</w:t>
      </w:r>
      <w:r>
        <w:rPr>
          <w:rFonts w:cs="Times New Roman"/>
          <w:sz w:val="30"/>
        </w:rPr>
        <w:t xml:space="preserve"> *</w:t>
      </w:r>
    </w:p>
    <w:p w14:paraId="04C28113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尚未纳入</w:t>
      </w:r>
    </w:p>
    <w:p w14:paraId="34DE7511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已列入规划，但未明确具体任务</w:t>
      </w:r>
    </w:p>
    <w:p w14:paraId="553DEBBC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已明确建设目标、任务与责任分工</w:t>
      </w:r>
    </w:p>
    <w:p w14:paraId="43896DFA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已纳入学校整体发展规划，并配套经费与资源保障</w:t>
      </w:r>
    </w:p>
    <w:p w14:paraId="0A4CF221" w14:textId="77777777" w:rsidR="009C1985" w:rsidRDefault="00000000">
      <w:pPr>
        <w:spacing w:before="120" w:after="40" w:line="540" w:lineRule="exact"/>
      </w:pPr>
      <w:r>
        <w:rPr>
          <w:rFonts w:cs="Times New Roman"/>
          <w:sz w:val="30"/>
        </w:rPr>
        <w:t>6.</w:t>
      </w:r>
      <w:r>
        <w:rPr>
          <w:rFonts w:cs="Times New Roman"/>
          <w:sz w:val="30"/>
        </w:rPr>
        <w:t>贵校已部署或使用的智能体类型（可多选）［多选题］</w:t>
      </w:r>
      <w:r>
        <w:rPr>
          <w:rFonts w:cs="Times New Roman"/>
          <w:sz w:val="30"/>
        </w:rPr>
        <w:t xml:space="preserve"> *</w:t>
      </w:r>
    </w:p>
    <w:p w14:paraId="44F19B74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不清楚</w:t>
      </w:r>
      <w:r>
        <w:rPr>
          <w:rFonts w:cs="Times New Roman"/>
        </w:rPr>
        <w:t>/</w:t>
      </w:r>
      <w:r>
        <w:rPr>
          <w:rFonts w:cs="Times New Roman"/>
        </w:rPr>
        <w:t>尚未部署</w:t>
      </w:r>
    </w:p>
    <w:p w14:paraId="03E58537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基于公共平台（如豆包、</w:t>
      </w:r>
      <w:r>
        <w:rPr>
          <w:rFonts w:cs="Times New Roman"/>
        </w:rPr>
        <w:t>DeepSeek</w:t>
      </w:r>
      <w:r>
        <w:rPr>
          <w:rFonts w:cs="Times New Roman"/>
        </w:rPr>
        <w:t>、扣子</w:t>
      </w:r>
      <w:r>
        <w:rPr>
          <w:rFonts w:cs="Times New Roman"/>
        </w:rPr>
        <w:t>/Coze</w:t>
      </w:r>
      <w:r>
        <w:rPr>
          <w:rFonts w:cs="Times New Roman"/>
        </w:rPr>
        <w:t>、腾讯元器、文心智能体等）搭建的通用智能体</w:t>
      </w:r>
    </w:p>
    <w:p w14:paraId="17343AD1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接入校本知识库的专用智能体（如课程答疑、制度问答）</w:t>
      </w:r>
    </w:p>
    <w:p w14:paraId="49C1215E" w14:textId="77777777" w:rsidR="009C1985" w:rsidRDefault="00000000">
      <w:pPr>
        <w:spacing w:after="20" w:line="520" w:lineRule="exact"/>
      </w:pPr>
      <w:r>
        <w:rPr>
          <w:rFonts w:cs="Times New Roman"/>
        </w:rPr>
        <w:lastRenderedPageBreak/>
        <w:t xml:space="preserve">□ </w:t>
      </w:r>
      <w:r>
        <w:rPr>
          <w:rFonts w:cs="Times New Roman"/>
        </w:rPr>
        <w:t>面向教学的智能体（备课、出题、批改、学情分析）</w:t>
      </w:r>
    </w:p>
    <w:p w14:paraId="1129EAE5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面向管理服务的智能体（招生咨询、办事问答、数据报表）</w:t>
      </w:r>
    </w:p>
    <w:p w14:paraId="1024FB35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面向专业与产业的行业智能体（岗位能力分析、工艺辅助等）</w:t>
      </w:r>
    </w:p>
    <w:p w14:paraId="75C5D394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多智能体协作或工作流自动化应用</w:t>
      </w:r>
    </w:p>
    <w:p w14:paraId="4152BEDD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其他（请注明）</w:t>
      </w:r>
    </w:p>
    <w:p w14:paraId="1E7105EB" w14:textId="77777777" w:rsidR="009C1985" w:rsidRDefault="00000000">
      <w:pPr>
        <w:spacing w:before="120" w:after="40" w:line="540" w:lineRule="exact"/>
      </w:pPr>
      <w:r>
        <w:rPr>
          <w:rFonts w:cs="Times New Roman"/>
          <w:sz w:val="30"/>
        </w:rPr>
        <w:t>7.</w:t>
      </w:r>
      <w:r>
        <w:rPr>
          <w:rFonts w:cs="Times New Roman"/>
          <w:sz w:val="30"/>
        </w:rPr>
        <w:t>贵校智能体所依托的大模型部署方式［单选题］</w:t>
      </w:r>
      <w:r>
        <w:rPr>
          <w:rFonts w:cs="Times New Roman"/>
          <w:sz w:val="30"/>
        </w:rPr>
        <w:t xml:space="preserve"> *</w:t>
      </w:r>
    </w:p>
    <w:p w14:paraId="70FCD5D8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不清楚</w:t>
      </w:r>
      <w:r>
        <w:rPr>
          <w:rFonts w:cs="Times New Roman"/>
        </w:rPr>
        <w:t>/</w:t>
      </w:r>
      <w:r>
        <w:rPr>
          <w:rFonts w:cs="Times New Roman"/>
        </w:rPr>
        <w:t>尚未部署</w:t>
      </w:r>
    </w:p>
    <w:p w14:paraId="2EA4B8A1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直接使用公有云大模型服务</w:t>
      </w:r>
    </w:p>
    <w:p w14:paraId="004BC764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以公有云为主，部分场景采用本地（私有化）部署</w:t>
      </w:r>
    </w:p>
    <w:p w14:paraId="762D0511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已本地（私有化）部署基座大模型，并支撑智能体运行</w:t>
      </w:r>
    </w:p>
    <w:p w14:paraId="382850CB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已构建面向本校场景的专用模型与知识库，并支撑智能体</w:t>
      </w:r>
    </w:p>
    <w:p w14:paraId="7DB04818" w14:textId="77777777" w:rsidR="009C1985" w:rsidRDefault="00000000">
      <w:pPr>
        <w:spacing w:before="200" w:after="40"/>
      </w:pPr>
      <w:r>
        <w:rPr>
          <w:rFonts w:eastAsia="黑体" w:cs="Times New Roman"/>
          <w:sz w:val="30"/>
        </w:rPr>
        <w:t>三、支撑能力</w:t>
      </w:r>
    </w:p>
    <w:p w14:paraId="6ECAC471" w14:textId="77777777" w:rsidR="009C1985" w:rsidRDefault="00000000">
      <w:pPr>
        <w:spacing w:before="120" w:after="40" w:line="540" w:lineRule="exact"/>
      </w:pPr>
      <w:r>
        <w:rPr>
          <w:rFonts w:cs="Times New Roman"/>
          <w:sz w:val="30"/>
        </w:rPr>
        <w:t>8.</w:t>
      </w:r>
      <w:r>
        <w:rPr>
          <w:rFonts w:cs="Times New Roman"/>
          <w:sz w:val="30"/>
        </w:rPr>
        <w:t>贵校在智能体开发与配置能力方面的情况［单选题］</w:t>
      </w:r>
      <w:r>
        <w:rPr>
          <w:rFonts w:cs="Times New Roman"/>
          <w:sz w:val="30"/>
        </w:rPr>
        <w:t xml:space="preserve"> *</w:t>
      </w:r>
    </w:p>
    <w:p w14:paraId="73DF097A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不清楚</w:t>
      </w:r>
      <w:r>
        <w:rPr>
          <w:rFonts w:cs="Times New Roman"/>
        </w:rPr>
        <w:t>/</w:t>
      </w:r>
      <w:r>
        <w:rPr>
          <w:rFonts w:cs="Times New Roman"/>
        </w:rPr>
        <w:t>尚不具备</w:t>
      </w:r>
    </w:p>
    <w:p w14:paraId="4E7B72D9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主要购买或使用第三方开发的成品智能体</w:t>
      </w:r>
    </w:p>
    <w:p w14:paraId="70F1CD77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可基于第三方平台，由本校教师进行配置（提示词、知识库、工作流）</w:t>
      </w:r>
    </w:p>
    <w:p w14:paraId="076437E2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具备自主开发能力，可开发面向特定场景的智能体</w:t>
      </w:r>
    </w:p>
    <w:p w14:paraId="2AC09113" w14:textId="77777777" w:rsidR="009C1985" w:rsidRDefault="00000000">
      <w:pPr>
        <w:spacing w:before="120" w:after="40" w:line="540" w:lineRule="exact"/>
      </w:pPr>
      <w:r>
        <w:rPr>
          <w:rFonts w:cs="Times New Roman"/>
          <w:sz w:val="30"/>
        </w:rPr>
        <w:t>9.</w:t>
      </w:r>
      <w:r>
        <w:rPr>
          <w:rFonts w:cs="Times New Roman"/>
          <w:sz w:val="30"/>
        </w:rPr>
        <w:t>贵校支撑智能体运行的知识库与数据准备情况（可多选）［多选题］</w:t>
      </w:r>
      <w:r>
        <w:rPr>
          <w:rFonts w:cs="Times New Roman"/>
          <w:sz w:val="30"/>
        </w:rPr>
        <w:t xml:space="preserve"> *</w:t>
      </w:r>
    </w:p>
    <w:p w14:paraId="388A53AE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不清楚</w:t>
      </w:r>
      <w:r>
        <w:rPr>
          <w:rFonts w:cs="Times New Roman"/>
        </w:rPr>
        <w:t>/</w:t>
      </w:r>
      <w:r>
        <w:rPr>
          <w:rFonts w:cs="Times New Roman"/>
        </w:rPr>
        <w:t>尚未开展</w:t>
      </w:r>
    </w:p>
    <w:p w14:paraId="2DB90285" w14:textId="77777777" w:rsidR="009C1985" w:rsidRDefault="00000000">
      <w:pPr>
        <w:spacing w:after="20" w:line="520" w:lineRule="exact"/>
      </w:pPr>
      <w:r>
        <w:rPr>
          <w:rFonts w:cs="Times New Roman"/>
        </w:rPr>
        <w:lastRenderedPageBreak/>
        <w:t xml:space="preserve">□ </w:t>
      </w:r>
      <w:r>
        <w:rPr>
          <w:rFonts w:cs="Times New Roman"/>
        </w:rPr>
        <w:t>已归集校本教学资源（课件、教案、试题等）</w:t>
      </w:r>
    </w:p>
    <w:p w14:paraId="2DA266A8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已归集制度文件、办事流程等管理数据</w:t>
      </w:r>
    </w:p>
    <w:p w14:paraId="4A4919AA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已归集专业教学标准、岗位能力标准等行业数据</w:t>
      </w:r>
    </w:p>
    <w:p w14:paraId="716A7867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已完成数据清洗、切分、向量化等知识库构建</w:t>
      </w:r>
    </w:p>
    <w:p w14:paraId="1C9A0BF8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已建立知识库更新与维护机制</w:t>
      </w:r>
    </w:p>
    <w:p w14:paraId="5CC9E902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其他（请注明）</w:t>
      </w:r>
    </w:p>
    <w:p w14:paraId="48FCC93E" w14:textId="77777777" w:rsidR="009C1985" w:rsidRDefault="00000000">
      <w:pPr>
        <w:spacing w:before="120" w:after="40" w:line="540" w:lineRule="exact"/>
      </w:pPr>
      <w:r>
        <w:rPr>
          <w:rFonts w:cs="Times New Roman"/>
          <w:sz w:val="30"/>
        </w:rPr>
        <w:t>10.</w:t>
      </w:r>
      <w:r>
        <w:rPr>
          <w:rFonts w:cs="Times New Roman"/>
          <w:sz w:val="30"/>
        </w:rPr>
        <w:t>贵校在算力与平台设施方面支撑智能体应用的情况［单选题］</w:t>
      </w:r>
      <w:r>
        <w:rPr>
          <w:rFonts w:cs="Times New Roman"/>
          <w:sz w:val="30"/>
        </w:rPr>
        <w:t xml:space="preserve"> *</w:t>
      </w:r>
    </w:p>
    <w:p w14:paraId="24C12F5C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不清楚</w:t>
      </w:r>
      <w:r>
        <w:rPr>
          <w:rFonts w:cs="Times New Roman"/>
        </w:rPr>
        <w:t>/</w:t>
      </w:r>
      <w:r>
        <w:rPr>
          <w:rFonts w:cs="Times New Roman"/>
        </w:rPr>
        <w:t>尚不具备</w:t>
      </w:r>
    </w:p>
    <w:p w14:paraId="22429C1D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依托第三方算力服务满足一般需求</w:t>
      </w:r>
    </w:p>
    <w:p w14:paraId="706BC725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具备可支撑智能体运行的算力（</w:t>
      </w:r>
      <w:r>
        <w:rPr>
          <w:rFonts w:cs="Times New Roman"/>
        </w:rPr>
        <w:t>GPU</w:t>
      </w:r>
      <w:r>
        <w:rPr>
          <w:rFonts w:cs="Times New Roman"/>
        </w:rPr>
        <w:t>）或平台资源</w:t>
      </w:r>
    </w:p>
    <w:p w14:paraId="71C3C2A3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已建成校级人工智能平台，统一支撑模型、知识库与智能体管理</w:t>
      </w:r>
    </w:p>
    <w:p w14:paraId="7E0ECC24" w14:textId="77777777" w:rsidR="009C1985" w:rsidRDefault="00000000">
      <w:pPr>
        <w:spacing w:before="120" w:after="40" w:line="540" w:lineRule="exact"/>
      </w:pPr>
      <w:r>
        <w:rPr>
          <w:rFonts w:cs="Times New Roman"/>
          <w:sz w:val="30"/>
        </w:rPr>
        <w:t>11.</w:t>
      </w:r>
      <w:r>
        <w:rPr>
          <w:rFonts w:cs="Times New Roman"/>
          <w:sz w:val="30"/>
        </w:rPr>
        <w:t>贵校在智能体应用的人才与队伍建设方面的情况［单选题］</w:t>
      </w:r>
      <w:r>
        <w:rPr>
          <w:rFonts w:cs="Times New Roman"/>
          <w:sz w:val="30"/>
        </w:rPr>
        <w:t xml:space="preserve"> *</w:t>
      </w:r>
    </w:p>
    <w:p w14:paraId="18BA74B2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不清楚</w:t>
      </w:r>
      <w:r>
        <w:rPr>
          <w:rFonts w:cs="Times New Roman"/>
        </w:rPr>
        <w:t>/</w:t>
      </w:r>
      <w:r>
        <w:rPr>
          <w:rFonts w:cs="Times New Roman"/>
        </w:rPr>
        <w:t>尚不具备</w:t>
      </w:r>
    </w:p>
    <w:p w14:paraId="441B8EA1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有教师或技术人员自发探索，学校层面未统一组织</w:t>
      </w:r>
    </w:p>
    <w:p w14:paraId="703B98A4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已组织教师开展智能体应用培训与教研活动</w:t>
      </w:r>
    </w:p>
    <w:p w14:paraId="395BC9D5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已组建专任教师与技术人员协同的团队，可支撑智能体常态化开发与应用</w:t>
      </w:r>
    </w:p>
    <w:p w14:paraId="115ACCC5" w14:textId="77777777" w:rsidR="009C1985" w:rsidRDefault="00000000">
      <w:pPr>
        <w:spacing w:before="200" w:after="40"/>
      </w:pPr>
      <w:r>
        <w:rPr>
          <w:rFonts w:eastAsia="黑体" w:cs="Times New Roman"/>
          <w:sz w:val="30"/>
        </w:rPr>
        <w:t>四、应用与治理</w:t>
      </w:r>
    </w:p>
    <w:p w14:paraId="636E539E" w14:textId="77777777" w:rsidR="009C1985" w:rsidRDefault="00000000">
      <w:pPr>
        <w:spacing w:before="120" w:after="40" w:line="540" w:lineRule="exact"/>
      </w:pPr>
      <w:r>
        <w:rPr>
          <w:rFonts w:cs="Times New Roman"/>
          <w:sz w:val="30"/>
        </w:rPr>
        <w:t>12.</w:t>
      </w:r>
      <w:r>
        <w:rPr>
          <w:rFonts w:cs="Times New Roman"/>
          <w:sz w:val="30"/>
        </w:rPr>
        <w:t>贵校智能体已应用于以下哪些场景（可多选）［多选题］</w:t>
      </w:r>
      <w:r>
        <w:rPr>
          <w:rFonts w:cs="Times New Roman"/>
          <w:sz w:val="30"/>
        </w:rPr>
        <w:t xml:space="preserve"> *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22"/>
        <w:gridCol w:w="4422"/>
      </w:tblGrid>
      <w:tr w:rsidR="009C1985" w14:paraId="572C88F6" w14:textId="77777777">
        <w:trPr>
          <w:jc w:val="center"/>
        </w:trPr>
        <w:tc>
          <w:tcPr>
            <w:tcW w:w="4422" w:type="dxa"/>
          </w:tcPr>
          <w:p w14:paraId="1A8ABB21" w14:textId="77777777" w:rsidR="009C1985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不清楚</w:t>
            </w:r>
            <w:r>
              <w:rPr>
                <w:rFonts w:cs="Times New Roman"/>
              </w:rPr>
              <w:t>/</w:t>
            </w:r>
            <w:r>
              <w:rPr>
                <w:rFonts w:cs="Times New Roman"/>
              </w:rPr>
              <w:t>尚未应用</w:t>
            </w:r>
          </w:p>
        </w:tc>
        <w:tc>
          <w:tcPr>
            <w:tcW w:w="4422" w:type="dxa"/>
          </w:tcPr>
          <w:p w14:paraId="57399596" w14:textId="77777777" w:rsidR="009C1985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实训与虚拟仿真实训指导</w:t>
            </w:r>
          </w:p>
        </w:tc>
      </w:tr>
      <w:tr w:rsidR="009C1985" w14:paraId="56DF0362" w14:textId="77777777">
        <w:trPr>
          <w:jc w:val="center"/>
        </w:trPr>
        <w:tc>
          <w:tcPr>
            <w:tcW w:w="4422" w:type="dxa"/>
          </w:tcPr>
          <w:p w14:paraId="628F2DAA" w14:textId="77777777" w:rsidR="009C1985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智能备课与教学资源生成</w:t>
            </w:r>
          </w:p>
        </w:tc>
        <w:tc>
          <w:tcPr>
            <w:tcW w:w="4422" w:type="dxa"/>
          </w:tcPr>
          <w:p w14:paraId="29D7CCF8" w14:textId="77777777" w:rsidR="009C1985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科研与教研辅助</w:t>
            </w:r>
          </w:p>
        </w:tc>
      </w:tr>
      <w:tr w:rsidR="009C1985" w14:paraId="76E53603" w14:textId="77777777">
        <w:trPr>
          <w:jc w:val="center"/>
        </w:trPr>
        <w:tc>
          <w:tcPr>
            <w:tcW w:w="4422" w:type="dxa"/>
          </w:tcPr>
          <w:p w14:paraId="4491B6C5" w14:textId="77777777" w:rsidR="009C1985" w:rsidRDefault="00000000">
            <w:pPr>
              <w:spacing w:line="520" w:lineRule="exact"/>
            </w:pPr>
            <w:r>
              <w:rPr>
                <w:rFonts w:cs="Times New Roman"/>
              </w:rPr>
              <w:lastRenderedPageBreak/>
              <w:t xml:space="preserve">□ </w:t>
            </w:r>
            <w:r>
              <w:rPr>
                <w:rFonts w:cs="Times New Roman"/>
              </w:rPr>
              <w:t>课堂教学辅助（虚拟助教、课堂互动、实时答疑）</w:t>
            </w:r>
          </w:p>
        </w:tc>
        <w:tc>
          <w:tcPr>
            <w:tcW w:w="4422" w:type="dxa"/>
          </w:tcPr>
          <w:p w14:paraId="251D7A2F" w14:textId="77777777" w:rsidR="009C1985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管理服务（招生就业、办事咨询、数据报表）</w:t>
            </w:r>
          </w:p>
        </w:tc>
      </w:tr>
      <w:tr w:rsidR="009C1985" w14:paraId="4EDE1B7A" w14:textId="77777777">
        <w:trPr>
          <w:jc w:val="center"/>
        </w:trPr>
        <w:tc>
          <w:tcPr>
            <w:tcW w:w="4422" w:type="dxa"/>
          </w:tcPr>
          <w:p w14:paraId="5256023B" w14:textId="77777777" w:rsidR="009C1985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作业批改与学情分析</w:t>
            </w:r>
          </w:p>
        </w:tc>
        <w:tc>
          <w:tcPr>
            <w:tcW w:w="4422" w:type="dxa"/>
          </w:tcPr>
          <w:p w14:paraId="48A07610" w14:textId="77777777" w:rsidR="009C1985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校企合作与产业服务</w:t>
            </w:r>
          </w:p>
        </w:tc>
      </w:tr>
      <w:tr w:rsidR="009C1985" w14:paraId="4CAE31FB" w14:textId="77777777">
        <w:trPr>
          <w:jc w:val="center"/>
        </w:trPr>
        <w:tc>
          <w:tcPr>
            <w:tcW w:w="4422" w:type="dxa"/>
          </w:tcPr>
          <w:p w14:paraId="39D10517" w14:textId="77777777" w:rsidR="009C1985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个性化学习辅导</w:t>
            </w:r>
          </w:p>
        </w:tc>
        <w:tc>
          <w:tcPr>
            <w:tcW w:w="4422" w:type="dxa"/>
          </w:tcPr>
          <w:p w14:paraId="22BD212B" w14:textId="77777777" w:rsidR="009C1985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其他（请注明）</w:t>
            </w:r>
          </w:p>
        </w:tc>
      </w:tr>
    </w:tbl>
    <w:p w14:paraId="51C04F56" w14:textId="77777777" w:rsidR="009C1985" w:rsidRDefault="00000000">
      <w:pPr>
        <w:spacing w:before="120" w:after="40" w:line="540" w:lineRule="exact"/>
      </w:pPr>
      <w:r>
        <w:rPr>
          <w:rFonts w:cs="Times New Roman"/>
          <w:sz w:val="30"/>
        </w:rPr>
        <w:t>13.</w:t>
      </w:r>
      <w:r>
        <w:rPr>
          <w:rFonts w:cs="Times New Roman"/>
          <w:sz w:val="30"/>
        </w:rPr>
        <w:t>贵校在智能体应用的安全与伦理治理方面已开展的工作（可多选）［多选题］</w:t>
      </w:r>
      <w:r>
        <w:rPr>
          <w:rFonts w:cs="Times New Roman"/>
          <w:sz w:val="30"/>
        </w:rPr>
        <w:t xml:space="preserve"> *</w:t>
      </w:r>
    </w:p>
    <w:p w14:paraId="59B07852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尚未开展</w:t>
      </w:r>
    </w:p>
    <w:p w14:paraId="6204D913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制定了师生使用人工智能（智能体）的行为规范</w:t>
      </w:r>
    </w:p>
    <w:p w14:paraId="6F088E55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对智能体知识库与数据实施分级授权和权限管理</w:t>
      </w:r>
    </w:p>
    <w:p w14:paraId="36494A51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对智能体输出内容进行审核与溯源</w:t>
      </w:r>
    </w:p>
    <w:p w14:paraId="34B4CD95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组织数据安全、算法合规与伦理风险培训</w:t>
      </w:r>
    </w:p>
    <w:p w14:paraId="173FA3E6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建立了违规使用的认定与处理机制</w:t>
      </w:r>
    </w:p>
    <w:p w14:paraId="7F7F6F10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其他（请注明）</w:t>
      </w:r>
    </w:p>
    <w:p w14:paraId="56D4C813" w14:textId="77777777" w:rsidR="009C1985" w:rsidRDefault="00000000">
      <w:pPr>
        <w:spacing w:before="120" w:after="40" w:line="540" w:lineRule="exact"/>
      </w:pPr>
      <w:r>
        <w:rPr>
          <w:rFonts w:cs="Times New Roman"/>
          <w:sz w:val="30"/>
        </w:rPr>
        <w:t>14.</w:t>
      </w:r>
      <w:r>
        <w:rPr>
          <w:rFonts w:cs="Times New Roman"/>
          <w:sz w:val="30"/>
        </w:rPr>
        <w:t>贵校推进智能体应用面临的主要障碍（可多选）［多选题］</w:t>
      </w:r>
      <w:r>
        <w:rPr>
          <w:rFonts w:cs="Times New Roman"/>
          <w:sz w:val="30"/>
        </w:rPr>
        <w:t xml:space="preserve"> *</w:t>
      </w:r>
    </w:p>
    <w:p w14:paraId="3C0C6622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不清楚</w:t>
      </w:r>
      <w:r>
        <w:rPr>
          <w:rFonts w:cs="Times New Roman"/>
        </w:rPr>
        <w:t>/</w:t>
      </w:r>
      <w:r>
        <w:rPr>
          <w:rFonts w:cs="Times New Roman"/>
        </w:rPr>
        <w:t>暂无</w:t>
      </w:r>
    </w:p>
    <w:p w14:paraId="42B6E90A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缺少清晰的实施路径与建设标准</w:t>
      </w:r>
    </w:p>
    <w:p w14:paraId="7E16F16E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经费与算力支持不足</w:t>
      </w:r>
    </w:p>
    <w:p w14:paraId="51391021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教师对智能体的认知与应用能力不足</w:t>
      </w:r>
    </w:p>
    <w:p w14:paraId="152CB5E8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缺少适配职业教育场景的智能体产品</w:t>
      </w:r>
    </w:p>
    <w:p w14:paraId="6F4B38AE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数据分散、质量不高，知识库难以构建</w:t>
      </w:r>
    </w:p>
    <w:p w14:paraId="33CA5C47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存在数据安全与伦理风险顾虑</w:t>
      </w:r>
    </w:p>
    <w:p w14:paraId="7542ED60" w14:textId="77777777" w:rsidR="009C1985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缺乏跨部门协同与激励机制</w:t>
      </w:r>
    </w:p>
    <w:p w14:paraId="2399770F" w14:textId="77777777" w:rsidR="009C1985" w:rsidRDefault="00000000">
      <w:pPr>
        <w:spacing w:after="20" w:line="520" w:lineRule="exact"/>
      </w:pPr>
      <w:r>
        <w:rPr>
          <w:rFonts w:cs="Times New Roman"/>
        </w:rPr>
        <w:lastRenderedPageBreak/>
        <w:t xml:space="preserve">□ </w:t>
      </w:r>
      <w:r>
        <w:rPr>
          <w:rFonts w:cs="Times New Roman"/>
        </w:rPr>
        <w:t>其他（请注明）</w:t>
      </w:r>
    </w:p>
    <w:p w14:paraId="5179459A" w14:textId="77777777" w:rsidR="009C1985" w:rsidRDefault="00000000">
      <w:pPr>
        <w:spacing w:before="120" w:after="40" w:line="540" w:lineRule="exact"/>
      </w:pPr>
      <w:r>
        <w:rPr>
          <w:rFonts w:cs="Times New Roman"/>
          <w:sz w:val="30"/>
        </w:rPr>
        <w:t>15.</w:t>
      </w:r>
      <w:r>
        <w:rPr>
          <w:rFonts w:cs="Times New Roman"/>
          <w:sz w:val="30"/>
        </w:rPr>
        <w:t>贵校在智能体建设与应用中最具代表性的做法或成效是什么？当前最需要解决的问题是什么？请举例说明。［填空题］</w:t>
      </w:r>
    </w:p>
    <w:p w14:paraId="347005E7" w14:textId="77777777" w:rsidR="009C1985" w:rsidRDefault="00000000">
      <w:r>
        <w:rPr>
          <w:rFonts w:cs="Times New Roman"/>
          <w:sz w:val="28"/>
        </w:rPr>
        <w:t>＿＿＿＿＿＿＿＿＿＿＿＿＿＿＿＿＿＿＿＿＿＿＿＿＿＿＿＿＿＿＿＿＿＿</w:t>
      </w:r>
    </w:p>
    <w:p w14:paraId="489F4A68" w14:textId="77777777" w:rsidR="009C1985" w:rsidRDefault="00000000">
      <w:r>
        <w:rPr>
          <w:rFonts w:cs="Times New Roman"/>
          <w:sz w:val="28"/>
        </w:rPr>
        <w:t>＿＿＿＿＿＿＿＿＿＿＿＿＿＿＿＿＿＿＿＿＿＿＿＿＿＿＿＿＿＿＿＿＿＿</w:t>
      </w:r>
    </w:p>
    <w:p w14:paraId="21F6494E" w14:textId="77777777" w:rsidR="009C1985" w:rsidRDefault="00000000">
      <w:r>
        <w:rPr>
          <w:rFonts w:cs="Times New Roman"/>
          <w:sz w:val="28"/>
        </w:rPr>
        <w:t>＿＿＿＿＿＿＿＿＿＿＿＿＿＿＿＿＿＿＿＿＿＿＿＿＿＿＿＿＿＿＿＿＿＿</w:t>
      </w:r>
    </w:p>
    <w:p w14:paraId="006700CB" w14:textId="77777777" w:rsidR="009C1985" w:rsidRDefault="009C1985">
      <w:pPr>
        <w:spacing w:line="400" w:lineRule="exact"/>
      </w:pPr>
    </w:p>
    <w:p w14:paraId="0A961BDB" w14:textId="77777777" w:rsidR="009C1985" w:rsidRDefault="00000000">
      <w:pPr>
        <w:spacing w:line="520" w:lineRule="exact"/>
        <w:jc w:val="center"/>
      </w:pPr>
      <w:r>
        <w:rPr>
          <w:rFonts w:eastAsia="楷体" w:cs="Times New Roman"/>
          <w:sz w:val="28"/>
        </w:rPr>
        <w:t>——</w:t>
      </w:r>
      <w:r>
        <w:rPr>
          <w:rFonts w:eastAsia="楷体" w:cs="Times New Roman"/>
          <w:sz w:val="28"/>
        </w:rPr>
        <w:t>问卷结束，感谢您的支持与配合！</w:t>
      </w:r>
      <w:r>
        <w:rPr>
          <w:rFonts w:eastAsia="楷体" w:cs="Times New Roman"/>
          <w:sz w:val="28"/>
        </w:rPr>
        <w:t>——</w:t>
      </w:r>
    </w:p>
    <w:sectPr w:rsidR="009C1985" w:rsidSect="00034616">
      <w:footerReference w:type="default" r:id="rId8"/>
      <w:pgSz w:w="12240" w:h="15840"/>
      <w:pgMar w:top="1814" w:right="1474" w:bottom="1701" w:left="147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03075" w14:textId="77777777" w:rsidR="008B35FE" w:rsidRDefault="008B35FE">
      <w:pPr>
        <w:spacing w:line="240" w:lineRule="auto"/>
      </w:pPr>
      <w:r>
        <w:separator/>
      </w:r>
    </w:p>
  </w:endnote>
  <w:endnote w:type="continuationSeparator" w:id="0">
    <w:p w14:paraId="025BA2B9" w14:textId="77777777" w:rsidR="008B35FE" w:rsidRDefault="008B35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060BC" w14:textId="77777777" w:rsidR="009C1985" w:rsidRDefault="00000000">
    <w:pPr>
      <w:pStyle w:val="a7"/>
      <w:jc w:val="center"/>
    </w:pPr>
    <w:r>
      <w:rPr>
        <w:rFonts w:eastAsia="宋体" w:cs="Times New Roman"/>
        <w:sz w:val="28"/>
      </w:rPr>
      <w:fldChar w:fldCharType="begin"/>
    </w:r>
    <w:r>
      <w:rPr>
        <w:rFonts w:eastAsia="宋体" w:cs="Times New Roman"/>
        <w:sz w:val="28"/>
      </w:rPr>
      <w:instrText>PAGE</w:instrText>
    </w:r>
    <w:r w:rsidR="001F0E96">
      <w:rPr>
        <w:rFonts w:eastAsia="宋体" w:cs="Times New Roman"/>
        <w:sz w:val="28"/>
      </w:rPr>
      <w:fldChar w:fldCharType="separate"/>
    </w:r>
    <w:r w:rsidR="001F0E96">
      <w:rPr>
        <w:rFonts w:eastAsia="宋体" w:cs="Times New Roman"/>
        <w:noProof/>
        <w:sz w:val="28"/>
      </w:rPr>
      <w:t>1</w:t>
    </w:r>
    <w:r>
      <w:rPr>
        <w:rFonts w:eastAsia="宋体" w:cs="Times New Roman"/>
        <w:sz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B3D6A" w14:textId="77777777" w:rsidR="008B35FE" w:rsidRDefault="008B35FE">
      <w:pPr>
        <w:spacing w:line="240" w:lineRule="auto"/>
      </w:pPr>
      <w:r>
        <w:separator/>
      </w:r>
    </w:p>
  </w:footnote>
  <w:footnote w:type="continuationSeparator" w:id="0">
    <w:p w14:paraId="05FB74E3" w14:textId="77777777" w:rsidR="008B35FE" w:rsidRDefault="008B35F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0518338">
    <w:abstractNumId w:val="8"/>
  </w:num>
  <w:num w:numId="2" w16cid:durableId="2025325753">
    <w:abstractNumId w:val="6"/>
  </w:num>
  <w:num w:numId="3" w16cid:durableId="643434874">
    <w:abstractNumId w:val="5"/>
  </w:num>
  <w:num w:numId="4" w16cid:durableId="1097362753">
    <w:abstractNumId w:val="4"/>
  </w:num>
  <w:num w:numId="5" w16cid:durableId="125969429">
    <w:abstractNumId w:val="7"/>
  </w:num>
  <w:num w:numId="6" w16cid:durableId="425464304">
    <w:abstractNumId w:val="3"/>
  </w:num>
  <w:num w:numId="7" w16cid:durableId="1427118658">
    <w:abstractNumId w:val="2"/>
  </w:num>
  <w:num w:numId="8" w16cid:durableId="443186502">
    <w:abstractNumId w:val="1"/>
  </w:num>
  <w:num w:numId="9" w16cid:durableId="153648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0E96"/>
    <w:rsid w:val="0029639D"/>
    <w:rsid w:val="00326F90"/>
    <w:rsid w:val="008B35FE"/>
    <w:rsid w:val="009C1985"/>
    <w:rsid w:val="00AA1D8D"/>
    <w:rsid w:val="00B47730"/>
    <w:rsid w:val="00C100F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1C401B7"/>
  <w14:defaultImageDpi w14:val="300"/>
  <w15:docId w15:val="{0D9E9387-211F-4F3F-8C5B-7C32D7B58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560" w:lineRule="exact"/>
    </w:pPr>
    <w:rPr>
      <w:rFonts w:ascii="Times New Roman" w:eastAsia="仿宋" w:hAnsi="Times New Roman"/>
      <w:sz w:val="32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2026年广东省职业院校人工智能（智能体）应用情况调查问卷（学校卷）</dc:title>
  <dc:subject/>
  <dc:creator>python-docx</dc:creator>
  <cp:keywords/>
  <dc:description>generated by python-docx</dc:description>
  <cp:lastModifiedBy>houxiaoju</cp:lastModifiedBy>
  <cp:revision>2</cp:revision>
  <dcterms:created xsi:type="dcterms:W3CDTF">2026-10-19T03:33:00Z</dcterms:created>
  <dcterms:modified xsi:type="dcterms:W3CDTF">2026-10-19T03:33:00Z</dcterms:modified>
  <cp:category/>
</cp:coreProperties>
</file>